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ARBEITSVERHÄLTNISSES WEGEN RENTENEINTRITT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Firma / Arbeitgeber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Kündigung des Arbeitsverhältnisses wegen Renteneintritt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 bestehendes Arbeitsverhältnis mit Ihrem Unternehmen fristgerecht zum nächstmöglichen Zeitpunkt aufgrund meines Renteneintritts.</w:t>
      </w:r>
    </w:p>
    <w:p/>
    <w:p>
      <w:r>
        <w:rPr>
          <w:b w:val="0"/>
          <w:sz w:val="20"/>
        </w:rPr>
        <w:t>Ich bedanke mich für die gute Zusammenarbeit und bitte um eine schriftliche Bestätigung der Kündigung sowie die Erstellung eines qualifizierten Arbeitszeugnisses.</w:t>
      </w:r>
    </w:p>
    <w:p/>
    <w:p>
      <w:r>
        <w:rPr>
          <w:b w:val="0"/>
          <w:sz w:val="20"/>
        </w:rPr>
        <w:t>Mit freundlichen Grüßen,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: 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 : ___________________        Datum : 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https://musterklar.com/kundigungsschreiben-vorlage-wegen-renteneintritt/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kundigungsschreiben-vorlage-wegen-renteneintritt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