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LEBENSMITTELUNBEDENKLICHKEITSERKLÄRUNG</w:t>
      </w:r>
    </w:p>
    <w:p/>
    <w:p>
      <w:r>
        <w:rPr>
          <w:b/>
          <w:sz w:val="20"/>
        </w:rPr>
        <w:t>Angaben des Erklärungstellers:</w:t>
      </w:r>
    </w:p>
    <w:p>
      <w:r>
        <w:rPr>
          <w:b w:val="0"/>
          <w:sz w:val="20"/>
        </w:rPr>
        <w:t>Name / Firma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Lebensmittelbetrieb:</w:t>
      </w:r>
    </w:p>
    <w:p>
      <w:r>
        <w:rPr>
          <w:b w:val="0"/>
          <w:sz w:val="20"/>
        </w:rPr>
        <w:t>Betriebsname : __________________________________________________________</w:t>
      </w:r>
    </w:p>
    <w:p>
      <w:r>
        <w:rPr>
          <w:b w:val="0"/>
          <w:sz w:val="20"/>
        </w:rPr>
        <w:t>Anschrift des Betriebs : _________________________________________________</w:t>
      </w:r>
    </w:p>
    <w:p>
      <w:r>
        <w:rPr>
          <w:b w:val="0"/>
          <w:sz w:val="20"/>
        </w:rPr>
        <w:t>Betriebsart (z.B. Herstellung, Handel, Gastronomie) : ______________________</w:t>
      </w:r>
    </w:p>
    <w:p>
      <w:r>
        <w:rPr>
          <w:b w:val="0"/>
          <w:sz w:val="20"/>
        </w:rPr>
        <w:t>Registrierungsnummer (falls vorhanden) : _________________________________</w:t>
      </w:r>
    </w:p>
    <w:p/>
    <w:p>
      <w:r>
        <w:rPr>
          <w:b/>
          <w:sz w:val="20"/>
        </w:rPr>
        <w:t>Erklärung zur Lebensmittelunbedenklichkeit:</w:t>
      </w:r>
    </w:p>
    <w:p>
      <w:r>
        <w:rPr>
          <w:b w:val="0"/>
          <w:sz w:val="20"/>
        </w:rPr>
        <w:t>Hiermit versichere ich, dass die im Rahmen des genannten Betriebs hergestellten bzw. vertriebenen Lebensmittel den geltenden lebensmittelrechtlichen Vorschriften der Bundesrepublik Deutschland entsprechen und keine gesundheitlichen Risiken für Verbraucher darstellen.</w:t>
      </w:r>
    </w:p>
    <w:p>
      <w:r>
        <w:rPr>
          <w:b w:val="0"/>
          <w:sz w:val="20"/>
        </w:rPr>
        <w:t>Es werden alle erforderlichen Hygiene- und Sicherheitsvorschriften eingehalten, um die Unbedenklichkeit der Lebensmittel zu gewährleisten.</w:t>
      </w:r>
    </w:p>
    <w:p/>
    <w:p>
      <w:r>
        <w:rPr>
          <w:b/>
          <w:sz w:val="20"/>
        </w:rPr>
        <w:t>Pflichten und Rückverfolgbarkeit:</w:t>
      </w:r>
    </w:p>
    <w:p>
      <w:r>
        <w:rPr>
          <w:b w:val="0"/>
          <w:sz w:val="20"/>
        </w:rPr>
        <w:t>Ich verpflichte mich, alle erforderlichen Aufzeichnungen zur Rückverfolgbarkeit der Lebensmittel zu führen und auf Anforderung den zuständigen Behörden vorzulegen.</w:t>
      </w:r>
    </w:p>
    <w:p>
      <w:r>
        <w:rPr>
          <w:b w:val="0"/>
          <w:sz w:val="20"/>
        </w:rPr>
        <w:t>Sämtliche verwendeten Rohstoffe und Zusatzstoffe entsprechen den lebensmittelrechtlichen Anforderungen und sind ordnungsgemäß dokumentiert.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Diese Erklärung ersetzt keine behördlichen Prüfungen oder behördliche Genehmigungen. Bei Änderungen im Betrieb oder den verwendeten Produkten wird diese Erklärung unverzüglich aktualisiert.</w:t>
      </w:r>
    </w:p>
    <w:p/>
    <w:p>
      <w:r>
        <w:rPr>
          <w:b w:val="0"/>
          <w:sz w:val="20"/>
        </w:rPr>
        <w:t>Ausstellungsort 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Erklärungsteller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Lebensmittelbetrieb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https://musterklar.com/lebensmittelunbedenklichkeitserklarung/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lebensmittelunbedenklichkeitserklarung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