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LIEGEBESCHEINIGUNG</w:t>
      </w:r>
    </w:p>
    <w:p/>
    <w:p/>
    <w:p>
      <w:r>
        <w:rPr>
          <w:b/>
          <w:sz w:val="20"/>
        </w:rPr>
        <w:t>Angaben zur Patientin / zum Patienten :</w:t>
      </w:r>
    </w:p>
    <w:p>
      <w:r>
        <w:rPr>
          <w:b w:val="0"/>
          <w:sz w:val="20"/>
        </w:rPr>
        <w:t>Name, Vorname : 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/>
    <w:p>
      <w:r>
        <w:rPr>
          <w:b/>
          <w:sz w:val="20"/>
        </w:rPr>
        <w:t>Angaben zum Krankenhaus :</w:t>
      </w:r>
    </w:p>
    <w:p>
      <w:r>
        <w:rPr>
          <w:b w:val="0"/>
          <w:sz w:val="20"/>
        </w:rPr>
        <w:t>Name und Anschrift des Krankenhauses : ___________________________________</w:t>
      </w:r>
    </w:p>
    <w:p>
      <w:r>
        <w:rPr>
          <w:b w:val="0"/>
          <w:sz w:val="20"/>
        </w:rPr>
        <w:t>Abteilung / Station : ____________________________________________________</w:t>
      </w:r>
    </w:p>
    <w:p/>
    <w:p>
      <w:r>
        <w:rPr>
          <w:b/>
          <w:sz w:val="20"/>
        </w:rPr>
        <w:t>Bestätigung der stationären Behandlung :</w:t>
      </w:r>
    </w:p>
    <w:p>
      <w:r>
        <w:rPr>
          <w:b w:val="0"/>
          <w:sz w:val="20"/>
        </w:rPr>
        <w:t>Hiermit wird bestätigt, dass die oben genannte Patientin / der oben genannte Patient aufgrund medizinischer Notwendigkeit</w:t>
      </w:r>
    </w:p>
    <w:p>
      <w:r>
        <w:rPr>
          <w:b w:val="0"/>
          <w:sz w:val="20"/>
        </w:rPr>
        <w:t>stationär im genannten Krankenhaus behandelt wurde.</w:t>
      </w:r>
    </w:p>
    <w:p>
      <w:r>
        <w:rPr>
          <w:b w:val="0"/>
          <w:sz w:val="20"/>
        </w:rPr>
        <w:t>Der Aufenthalt erfolgte vom  _______________  bis  _______________.</w:t>
      </w:r>
    </w:p>
    <w:p/>
    <w:p>
      <w:r>
        <w:rPr>
          <w:b/>
          <w:sz w:val="20"/>
        </w:rPr>
        <w:t>Diagnose / Behandlungsgrund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Ärztliche Bestätigung :</w:t>
      </w:r>
    </w:p>
    <w:p>
      <w:r>
        <w:rPr>
          <w:b w:val="0"/>
          <w:sz w:val="20"/>
        </w:rPr>
        <w:t>Ich bestätige die Richtigkeit der Angaben sowie die medizinische Notwendigkeit des stationären Aufenthalts.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ÄRZTIN / ARZT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PATIENTIN / PATIENT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https://musterklar.com/liegebescheinigung-krankenhaus-muster/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liegebescheinigung-krankenhaus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