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MEDIZINISCHE VOLLMACHT FÜR KIND IM URLAUB</w:t>
      </w:r>
    </w:p>
    <w:p/>
    <w:p>
      <w:r>
        <w:rPr>
          <w:b/>
          <w:sz w:val="20"/>
        </w:rPr>
        <w:t>Angaben der vollmachtgebenden Person:</w:t>
      </w:r>
    </w:p>
    <w:p>
      <w:r>
        <w:rPr>
          <w:b w:val="0"/>
          <w:sz w:val="20"/>
        </w:rPr>
        <w:t>Vor- und Nachname : __________________________________________________________</w:t>
      </w:r>
    </w:p>
    <w:p>
      <w:r>
        <w:rPr>
          <w:b w:val="0"/>
          <w:sz w:val="20"/>
        </w:rPr>
        <w:t>Geburtsdatum : _______________________________________________________________</w:t>
      </w:r>
    </w:p>
    <w:p>
      <w:r>
        <w:rPr>
          <w:b w:val="0"/>
          <w:sz w:val="20"/>
        </w:rPr>
        <w:t>Anschrift : _________________________________________________________________</w:t>
      </w:r>
    </w:p>
    <w:p>
      <w:r>
        <w:rPr>
          <w:b w:val="0"/>
          <w:sz w:val="20"/>
        </w:rPr>
        <w:t>Telefonnummer : _____________________________________________________________</w:t>
      </w:r>
    </w:p>
    <w:p/>
    <w:p>
      <w:r>
        <w:rPr>
          <w:b/>
          <w:sz w:val="20"/>
        </w:rPr>
        <w:t>Angaben zum Kind:</w:t>
      </w:r>
    </w:p>
    <w:p>
      <w:r>
        <w:rPr>
          <w:b w:val="0"/>
          <w:sz w:val="20"/>
        </w:rPr>
        <w:t>Vor- und Nachname : __________________________________________________________</w:t>
      </w:r>
    </w:p>
    <w:p>
      <w:r>
        <w:rPr>
          <w:b w:val="0"/>
          <w:sz w:val="20"/>
        </w:rPr>
        <w:t>Geburtsdatum : _______________________________________________________________</w:t>
      </w:r>
    </w:p>
    <w:p>
      <w:r>
        <w:rPr>
          <w:b w:val="0"/>
          <w:sz w:val="20"/>
        </w:rPr>
        <w:t>Anschrift : _________________________________________________________________</w:t>
      </w:r>
    </w:p>
    <w:p/>
    <w:p>
      <w:r>
        <w:rPr>
          <w:b/>
          <w:sz w:val="20"/>
        </w:rPr>
        <w:t>Angaben der bevollmächtigten Person (z.B. Begleitperson im Urlaub):</w:t>
      </w:r>
    </w:p>
    <w:p>
      <w:r>
        <w:rPr>
          <w:b w:val="0"/>
          <w:sz w:val="20"/>
        </w:rPr>
        <w:t>Vor- und Nachname : __________________________________________________________</w:t>
      </w:r>
    </w:p>
    <w:p>
      <w:r>
        <w:rPr>
          <w:b w:val="0"/>
          <w:sz w:val="20"/>
        </w:rPr>
        <w:t>Geburtsdatum : _______________________________________________________________</w:t>
      </w:r>
    </w:p>
    <w:p>
      <w:r>
        <w:rPr>
          <w:b w:val="0"/>
          <w:sz w:val="20"/>
        </w:rPr>
        <w:t>Anschrift : _________________________________________________________________</w:t>
      </w:r>
    </w:p>
    <w:p>
      <w:r>
        <w:rPr>
          <w:b w:val="0"/>
          <w:sz w:val="20"/>
        </w:rPr>
        <w:t>Telefonnummer : _____________________________________________________________</w:t>
      </w:r>
    </w:p>
    <w:p/>
    <w:p>
      <w:r>
        <w:rPr>
          <w:b/>
          <w:sz w:val="20"/>
        </w:rPr>
        <w:t>Vollmachtserteilung:</w:t>
      </w:r>
    </w:p>
    <w:p>
      <w:r>
        <w:rPr>
          <w:b w:val="0"/>
          <w:sz w:val="20"/>
        </w:rPr>
        <w:t>Hiermit erteile ich der oben genannten bevollmächtigten Person die Vollmacht, in meinem Namen alle notwendigen medizinischen Entscheidungen für mein Kind zu treffen, die im Urlaub erforderlich werden können. Dies umfasst insbesondere die Einwilligung in ärztliche Untersuchungen, Behandlungen, Krankenhausaufenthalte und die Verabreichung von Medikamenten.</w:t>
      </w:r>
    </w:p>
    <w:p/>
    <w:p>
      <w:r>
        <w:rPr>
          <w:b w:val="0"/>
          <w:sz w:val="20"/>
        </w:rPr>
        <w:t>Die bevollmächtigte Person ist berechtigt, alle erforderlichen Informationen von Ärzten, Krankenhäusern und anderen medizinischen Einrichtungen einzuholen und zu bestätigen.</w:t>
      </w:r>
    </w:p>
    <w:p/>
    <w:p>
      <w:r>
        <w:rPr>
          <w:b/>
          <w:sz w:val="20"/>
        </w:rPr>
        <w:t>Haftungsausschluss:</w:t>
      </w:r>
    </w:p>
    <w:p>
      <w:r>
        <w:rPr>
          <w:b w:val="0"/>
          <w:sz w:val="20"/>
        </w:rPr>
        <w:t>Ich bestätige, dass ich diese Vollmacht freiwillig und in Kenntnis der rechtlichen Bedeutung erteile. Die bevollmächtigte Person handelt im Rahmen dieser Vollmacht in meinem besten Interesse.</w:t>
      </w:r>
    </w:p>
    <w:p/>
    <w:p>
      <w:r>
        <w:rPr>
          <w:b/>
          <w:sz w:val="20"/>
        </w:rPr>
        <w:t>Gültigkeit der Vollmacht:</w:t>
      </w:r>
    </w:p>
    <w:p>
      <w:r>
        <w:rPr>
          <w:b w:val="0"/>
          <w:sz w:val="20"/>
        </w:rPr>
        <w:t>Diese Vollmacht gilt ausschließlich für die Dauer des Urlaubs und erlischt mit der Rückkehr an den Wohnsitz bzw. mit Widerruf.</w:t>
      </w:r>
    </w:p>
    <w:p/>
    <w:p/>
    <w:p>
      <w:r>
        <w:rPr>
          <w:b w:val="0"/>
          <w:sz w:val="20"/>
        </w:rPr>
        <w:t>Ort : ______________________________________________________    Unterschrift : ______________________________</w:t>
      </w:r>
    </w:p>
    <w:p/>
    <w:p/>
    <w:p/>
    <w:p>
      <w:r>
        <w:rPr>
          <w:b/>
          <w:sz w:val="20"/>
        </w:rPr>
        <w:t>Bestätigung der bevollmächtigten Person:</w:t>
      </w:r>
    </w:p>
    <w:p>
      <w:r>
        <w:rPr>
          <w:b w:val="0"/>
          <w:sz w:val="20"/>
        </w:rPr>
        <w:t>Ich bestätige hiermit die Annahme der Vollmacht.</w:t>
      </w:r>
    </w:p>
    <w:p/>
    <w:p>
      <w:r>
        <w:rPr>
          <w:b w:val="0"/>
          <w:sz w:val="20"/>
        </w:rPr>
        <w:t>Ort : ______________________________________________________    Unterschrift : 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Vollmachtgeberin / Vollmachtgeber</w:t>
            </w:r>
          </w:p>
        </w:tc>
        <w:tc>
          <w:tcPr>
            <w:tcW w:type="dxa" w:w="4986"/>
            <w:tcBorders>
              <w:top w:val="nil"/>
              <w:left w:val="nil"/>
              <w:bottom w:val="nil"/>
              <w:right w:val="nil"/>
              <w:insideH w:val="nil"/>
              <w:insideV w:val="nil"/>
            </w:tcBorders>
          </w:tcPr>
          <w:p>
            <w:pPr>
              <w:jc w:val="center"/>
            </w:pPr>
            <w:r>
              <w:t>Bevollmächtigte Person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https://musterklar.com/medizinische-vollmacht-kind-urlaub/</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medizinische-vollmacht-kind-urlaub/"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