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MUSTERBRIEF MIETMINDERUNG WEGEN SCHIMMEL</w:t>
      </w:r>
    </w:p>
    <w:p/>
    <w:p>
      <w:r>
        <w:rPr>
          <w:b/>
          <w:sz w:val="20"/>
        </w:rPr>
        <w:t>Absender :</w:t>
      </w:r>
    </w:p>
    <w:p>
      <w:r>
        <w:rPr>
          <w:b w:val="0"/>
          <w:sz w:val="20"/>
        </w:rPr>
        <w:t>Name : ____________________________________________________________</w:t>
      </w:r>
    </w:p>
    <w:p>
      <w:r>
        <w:rPr>
          <w:b w:val="0"/>
          <w:sz w:val="20"/>
        </w:rPr>
        <w:t>Anschrift : __________________________________________________________</w:t>
      </w:r>
    </w:p>
    <w:p>
      <w:r>
        <w:rPr>
          <w:b w:val="0"/>
          <w:sz w:val="20"/>
        </w:rPr>
        <w:t>Telefonnummer : _____________________________________________________</w:t>
      </w:r>
    </w:p>
    <w:p/>
    <w:p>
      <w:r>
        <w:rPr>
          <w:b/>
          <w:sz w:val="20"/>
        </w:rPr>
        <w:t>Empfänger (Vermieter) :</w:t>
      </w:r>
    </w:p>
    <w:p>
      <w:r>
        <w:rPr>
          <w:b w:val="0"/>
          <w:sz w:val="20"/>
        </w:rPr>
        <w:t>Name : ____________________________________________________________</w:t>
      </w:r>
    </w:p>
    <w:p>
      <w:r>
        <w:rPr>
          <w:b w:val="0"/>
          <w:sz w:val="20"/>
        </w:rPr>
        <w:t>Anschrift : __________________________________________________________</w:t>
      </w:r>
    </w:p>
    <w:p/>
    <w:p>
      <w:r>
        <w:rPr>
          <w:b/>
          <w:sz w:val="20"/>
        </w:rPr>
        <w:t>Betreff :</w:t>
      </w:r>
    </w:p>
    <w:p>
      <w:r>
        <w:rPr>
          <w:b w:val="0"/>
          <w:sz w:val="20"/>
        </w:rPr>
        <w:t>Mietminderung wegen Schimmelbefall in der Wohnung</w:t>
      </w:r>
    </w:p>
    <w:p/>
    <w:p>
      <w:r>
        <w:rPr>
          <w:b w:val="0"/>
          <w:sz w:val="20"/>
        </w:rPr>
        <w:t>Sehr geehrte Damen und Herren,</w:t>
      </w:r>
    </w:p>
    <w:p/>
    <w:p>
      <w:r>
        <w:rPr>
          <w:b w:val="0"/>
          <w:sz w:val="20"/>
        </w:rPr>
        <w:t>hiermit setze ich Sie davon in Kenntnis, dass in der von mir gemieteten Wohnung Schimmelbefall aufgetreten ist, der die Wohnqualität erheblich beeinträchtigt und gesundheitliche Risiken mit sich bringt. Trotz meiner Mitteilung an Sie wurde bisher keine nachhaltige Abhilfe geschaffen.</w:t>
      </w:r>
    </w:p>
    <w:p/>
    <w:p>
      <w:r>
        <w:rPr>
          <w:b w:val="0"/>
          <w:sz w:val="20"/>
        </w:rPr>
        <w:t>Gemäß § 536 BGB mindert sich die Miete, solange der Mangel besteht. Ich fordere daher eine Mietminderung ab dem Zeitpunkt des Auftretens des Schimmels in Höhe von __________ Prozent der Bruttomiete.</w:t>
      </w:r>
    </w:p>
    <w:p/>
    <w:p>
      <w:r>
        <w:rPr>
          <w:b w:val="0"/>
          <w:sz w:val="20"/>
        </w:rPr>
        <w:t>Ich bitte Sie, den Mangel unverzüglich zu beheben und mich über die geplanten Maßnahmen zu informieren. Sollte keine zeitnahe Beseitigung erfolgen, behalte ich mir weitere rechtliche Schritte vor.</w:t>
      </w:r>
    </w:p>
    <w:p/>
    <w:p>
      <w:r>
        <w:rPr>
          <w:b w:val="0"/>
          <w:sz w:val="20"/>
        </w:rPr>
        <w:t>Bitte bestätigen Sie den Eingang dieses Schreibens schriftlich.</w:t>
      </w:r>
    </w:p>
    <w:p/>
    <w:p/>
    <w:p>
      <w:r>
        <w:rPr>
          <w:b w:val="0"/>
          <w:sz w:val="20"/>
        </w:rPr>
        <w:t>Mit freundlichen Grüßen,</w:t>
      </w:r>
    </w:p>
    <w:p/>
    <w:p/>
    <w:p/>
    <w:p>
      <w:pPr>
        <w:jc w:val="center"/>
      </w:pPr>
      <w:r>
        <w:rPr>
          <w:b w:val="0"/>
          <w:sz w:val="20"/>
        </w:rPr>
        <w:t>______________________________</w:t>
      </w:r>
    </w:p>
    <w:p>
      <w:pPr>
        <w:jc w:val="center"/>
      </w:pPr>
      <w:r>
        <w:rPr>
          <w:b w:val="0"/>
          <w:sz w:val="20"/>
        </w:rPr>
        <w:t>Unterschrift</w:t>
      </w:r>
    </w:p>
    <w:p/>
    <w:p/>
    <w:p>
      <w:r>
        <w:rPr>
          <w:b w:val="0"/>
          <w:sz w:val="20"/>
        </w:rPr>
        <w:t>Ort : _________________________    Datum : 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Absender</w:t>
            </w:r>
          </w:p>
        </w:tc>
        <w:tc>
          <w:tcPr>
            <w:tcW w:type="dxa" w:w="4986"/>
            <w:tcBorders>
              <w:top w:val="nil"/>
              <w:left w:val="nil"/>
              <w:bottom w:val="nil"/>
              <w:right w:val="nil"/>
              <w:insideH w:val="nil"/>
              <w:insideV w:val="nil"/>
            </w:tcBorders>
          </w:tcPr>
          <w:p>
            <w:pPr>
              <w:jc w:val="center"/>
            </w:pPr>
            <w:r>
              <w:t>Empfänger (Vermieter)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https://musterklar.com/mietminderung-wegen-schimmel-musterbrief/</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mietminderung-wegen-schimmel-musterbrief/"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