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ZWISCHEN PARTNERN</w:t>
      </w:r>
    </w:p>
    <w:p/>
    <w:p>
      <w:r>
        <w:rPr>
          <w:b/>
          <w:sz w:val="20"/>
        </w:rPr>
        <w:t>Vertragsparteien:</w:t>
      </w:r>
    </w:p>
    <w:p>
      <w:r>
        <w:rPr>
          <w:b w:val="0"/>
          <w:sz w:val="20"/>
        </w:rPr>
        <w:t>Vermieter : __________________________________________________________</w:t>
      </w:r>
    </w:p>
    <w:p>
      <w:r>
        <w:rPr>
          <w:b w:val="0"/>
          <w:sz w:val="20"/>
        </w:rPr>
        <w:t>Vor- und Nachname / Firma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 w:val="0"/>
          <w:sz w:val="20"/>
        </w:rPr>
        <w:t>Mieter : _____________________________________________________________</w:t>
      </w:r>
    </w:p>
    <w:p>
      <w:r>
        <w:rPr>
          <w:b w:val="0"/>
          <w:sz w:val="20"/>
        </w:rPr>
        <w:t>Vor- und Nachname / Firma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Mietobjekt:</w:t>
      </w:r>
    </w:p>
    <w:p>
      <w:r>
        <w:rPr>
          <w:b w:val="0"/>
          <w:sz w:val="20"/>
        </w:rPr>
        <w:t>Beschreibung des Mietobjekts : _______________________________________</w:t>
      </w:r>
    </w:p>
    <w:p>
      <w:r>
        <w:rPr>
          <w:b w:val="0"/>
          <w:sz w:val="20"/>
        </w:rPr>
        <w:t>Adresse des Mietobjekts : ____________________________________________</w:t>
      </w:r>
    </w:p>
    <w:p>
      <w:r>
        <w:rPr>
          <w:b w:val="0"/>
          <w:sz w:val="20"/>
        </w:rPr>
        <w:t>Zustand bei Übergabe : _______________________________________________</w:t>
      </w:r>
    </w:p>
    <w:p/>
    <w:p>
      <w:r>
        <w:rPr>
          <w:b/>
          <w:sz w:val="20"/>
        </w:rPr>
        <w:t>Mietzeit und Kündigung:</w:t>
      </w:r>
    </w:p>
    <w:p>
      <w:r>
        <w:rPr>
          <w:b w:val="0"/>
          <w:sz w:val="20"/>
        </w:rPr>
        <w:t>Mietbeginn : ___________________</w:t>
      </w:r>
    </w:p>
    <w:p>
      <w:r>
        <w:rPr>
          <w:b w:val="0"/>
          <w:sz w:val="20"/>
        </w:rPr>
        <w:t>Mietdauer : __________________________________________________________</w:t>
      </w:r>
    </w:p>
    <w:p>
      <w:r>
        <w:rPr>
          <w:b w:val="0"/>
          <w:sz w:val="20"/>
        </w:rPr>
        <w:t>Kündigungsfrist : _____________________________________________________</w:t>
      </w:r>
    </w:p>
    <w:p/>
    <w:p>
      <w:r>
        <w:rPr>
          <w:b/>
          <w:sz w:val="20"/>
        </w:rPr>
        <w:t>Mietzins und Nebenkosten:</w:t>
      </w:r>
    </w:p>
    <w:p>
      <w:r>
        <w:rPr>
          <w:b w:val="0"/>
          <w:sz w:val="20"/>
        </w:rPr>
        <w:t>Monatlicher Mietzins : _______________________ EUR</w:t>
      </w:r>
    </w:p>
    <w:p>
      <w:r>
        <w:rPr>
          <w:b w:val="0"/>
          <w:sz w:val="20"/>
        </w:rPr>
        <w:t>Zahlungsweise : _______________________________________________________</w:t>
      </w:r>
    </w:p>
    <w:p>
      <w:r>
        <w:rPr>
          <w:b w:val="0"/>
          <w:sz w:val="20"/>
        </w:rPr>
        <w:t>Nebenkosten (z.B. Betriebskosten, Heizkosten) : _________________________</w:t>
      </w:r>
    </w:p>
    <w:p>
      <w:r>
        <w:rPr>
          <w:b w:val="0"/>
          <w:sz w:val="20"/>
        </w:rPr>
        <w:t>Abrechnung der Nebenkosten erfolgt jährlich / monatlich</w:t>
      </w:r>
    </w:p>
    <w:p/>
    <w:p>
      <w:r>
        <w:rPr>
          <w:b/>
          <w:sz w:val="20"/>
        </w:rPr>
        <w:t>Kaution:</w:t>
      </w:r>
    </w:p>
    <w:p>
      <w:r>
        <w:rPr>
          <w:b w:val="0"/>
          <w:sz w:val="20"/>
        </w:rPr>
        <w:t>Kautionsbetrag : _______________________ EUR</w:t>
      </w:r>
    </w:p>
    <w:p>
      <w:r>
        <w:rPr>
          <w:b w:val="0"/>
          <w:sz w:val="20"/>
        </w:rPr>
        <w:t>Die Kaution ist spätestens bei Übergabe des Mietobjekts zu zahlen.</w:t>
      </w:r>
    </w:p>
    <w:p/>
    <w:p>
      <w:r>
        <w:rPr>
          <w:b/>
          <w:sz w:val="20"/>
        </w:rPr>
        <w:t>Rechte und Pflichten der Parteien:</w:t>
      </w:r>
    </w:p>
    <w:p>
      <w:r>
        <w:rPr>
          <w:b w:val="0"/>
          <w:sz w:val="20"/>
        </w:rPr>
        <w:t>Der Vermieter verpflichtet sich, das Mietobjekt in einem vertragsgemäßen Zustand zu übergeben und zu erhalten.</w:t>
      </w:r>
    </w:p>
    <w:p>
      <w:r>
        <w:rPr>
          <w:b w:val="0"/>
          <w:sz w:val="20"/>
        </w:rPr>
        <w:t>Der Mieter verpflichtet sich, das Mietobjekt sorgsam zu behandeln und Schäden unverzüglich zu melden.</w:t>
      </w:r>
    </w:p>
    <w:p>
      <w:r>
        <w:rPr>
          <w:b w:val="0"/>
          <w:sz w:val="20"/>
        </w:rPr>
        <w:t>Der Mieter darf Untervermietung nur mit schriftlicher Zustimmung des Vermieters vornehmen.</w:t>
      </w:r>
    </w:p>
    <w:p/>
    <w:p>
      <w:r>
        <w:rPr>
          <w:b/>
          <w:sz w:val="20"/>
        </w:rPr>
        <w:t>Haftung:</w:t>
      </w:r>
    </w:p>
    <w:p>
      <w:r>
        <w:rPr>
          <w:b w:val="0"/>
          <w:sz w:val="20"/>
        </w:rPr>
        <w:t>Der Vermieter haftet für Schäden, die nicht durch den Mieter verursacht wurden.</w:t>
      </w:r>
    </w:p>
    <w:p>
      <w:r>
        <w:rPr>
          <w:b w:val="0"/>
          <w:sz w:val="20"/>
        </w:rPr>
        <w:t>Der Mieter haftet für alle durch ihn oder seine Besucher verursachten Schäden.</w:t>
      </w:r>
    </w:p>
    <w:p/>
    <w:p>
      <w:r>
        <w:rPr>
          <w:b/>
          <w:sz w:val="20"/>
        </w:rPr>
        <w:t>Beendigung des Mietverhältnisses:</w:t>
      </w:r>
    </w:p>
    <w:p>
      <w:r>
        <w:rPr>
          <w:b w:val="0"/>
          <w:sz w:val="20"/>
        </w:rPr>
        <w:t>Bei Beendigung ist das Mietobjekt in vertragsgemäßem Zustand zurückzugeben.</w:t>
      </w:r>
    </w:p>
    <w:p>
      <w:r>
        <w:rPr>
          <w:b w:val="0"/>
          <w:sz w:val="20"/>
        </w:rPr>
        <w:t>Offene Zahlungen sind bis zum Ende des Mietverhältnisses zu leisten.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bleibt die Wirksamkeit der übrigen Bestimmungen unberührt.</w:t>
      </w:r>
    </w:p>
    <w:p>
      <w:r>
        <w:rPr>
          <w:b w:val="0"/>
          <w:sz w:val="20"/>
        </w:rPr>
        <w:t>Es gilt deutsches Recht. Gerichtsstand ist der Wohnort des Vermieters.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https://musterklar.com/mietvertrag-zwischen-partnern-muster/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mietvertrag-zwischen-partnern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