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EINSCHRACHE GEGEN EINSTELLTAGE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</w:t>
      </w:r>
    </w:p>
    <w:p/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Name/Institution : 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/>
    <w:p>
      <w:r>
        <w:rPr>
          <w:b/>
          <w:sz w:val="20"/>
        </w:rPr>
        <w:t>Betreff: Einsprache gegen die Anordnung von Einstelltagen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fristgerecht Einsprache gegen die Anordnung der Einstelltage ein. Ich bitte um Überprüfung der Entscheidung und um Mitteilung über das weitere Vorgehen.</w:t>
      </w:r>
    </w:p>
    <w:p/>
    <w:p>
      <w:r>
        <w:rPr>
          <w:b/>
          <w:sz w:val="20"/>
        </w:rPr>
        <w:t>Begründung:</w:t>
      </w:r>
    </w:p>
    <w:p>
      <w:r>
        <w:rPr>
          <w:b w:val="0"/>
          <w:sz w:val="20"/>
        </w:rPr>
        <w:t>Ich halte die Anordnung der Einstelltage für nicht gerechtfertigt, da die gesetzlichen Voraussetzungen nicht erfüllt sind bzw. Umstände vorliegen, die eine Ausnahme rechtfertigen. Bitte berücksichtigen Sie insbesondere folgende Punkte: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 w:val="0"/>
          <w:sz w:val="20"/>
        </w:rPr>
        <w:t>Ich bitte um eine schriftliche Bestätigung des Eingangs dieser Einsprache sowie um eine fundierte Entscheidung.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      Datum 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Empfangsbestätigung 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https://musterklar.com/musterbrief-einsprache-gegen-einstelltage/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musterbrief-einsprache-gegen-einstellt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