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– ERBE EINFORDERN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/ Firma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Erbe einfordern – Erinnerung und Aufforderung zur Auszahlung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fordere ich als gesetzlicher Erbe des verstorbenen Herrn/Frau ______________________________________________________ (Name des Erblassers) die Auszahlung des mir zustehenden Erbteils ein. Der Erbfall ist durch den Tod des Erblassers eingetreten.</w:t>
      </w:r>
    </w:p>
    <w:p/>
    <w:p>
      <w:r>
        <w:rPr>
          <w:b w:val="0"/>
          <w:sz w:val="20"/>
        </w:rPr>
        <w:t>Ich bitte Sie, mir unverzüglich mitzuteilen, welche Vermögenswerte, Schulden und sonstigen Nachlassgegenstände vorhanden sind, sowie mir den Wert meines Erbteils mitzuteilen.</w:t>
      </w:r>
    </w:p>
    <w:p/>
    <w:p>
      <w:r>
        <w:rPr>
          <w:b w:val="0"/>
          <w:sz w:val="20"/>
        </w:rPr>
        <w:t>Sollte die Auszahlung nicht zeitnah erfolgen, behalte ich mir vor, rechtliche Schritte einzuleiten, um meine Ansprüche durchzusetzen.</w:t>
      </w:r>
    </w:p>
    <w:p/>
    <w:p>
      <w:r>
        <w:rPr>
          <w:b w:val="0"/>
          <w:sz w:val="20"/>
        </w:rPr>
        <w:t>Bitte bestätigen Sie mir den Erhalt dieses Schreibens und teilen Sie mir den weiteren Verlauf schriftlich mit.</w:t>
      </w:r>
    </w:p>
    <w:p/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______________________________</w:t>
              <w:br/>
              <w:t>(Name)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https://musterklar.com/musterbrief-erbe-einfordern/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musterbrief-erbe-einfordern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