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WERTMINDERUNG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Name/Firma : _____________________________________________________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Mängelanzeige und Aufforderung zur Minderung des Kaufpreises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zeige ich Ihnen an, dass der von mir am ______________ gekaufte Gegenstand (z.B. Fahrzeug, Maschine, Immobilie) einen erheblichen Mangel aufweist, der die Gebrauchstauglichkeit wesentlich beeinträchtigt.</w:t>
      </w:r>
    </w:p>
    <w:p/>
    <w:p>
      <w:r>
        <w:rPr>
          <w:b/>
          <w:sz w:val="20"/>
        </w:rPr>
        <w:t>Beschreibung des Mangels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 w:val="0"/>
          <w:sz w:val="20"/>
        </w:rPr>
        <w:t>Gemäß § 437 BGB habe ich bei Vorliegen eines Mangels das Recht, den Kaufpreis zu mindern. Ich fordere Sie daher auf, den Kaufpreis entsprechend zu reduzieren.</w:t>
      </w:r>
    </w:p>
    <w:p/>
    <w:p>
      <w:r>
        <w:rPr>
          <w:b w:val="0"/>
          <w:sz w:val="20"/>
        </w:rPr>
        <w:t>Ich setze Ihnen hiermit eine Frist von 14 Tagen, um mir die angemessene Wertminderung schriftlich zu bestätigen oder eine andere einvernehmliche Lösung vorzuschlagen.</w:t>
      </w:r>
    </w:p>
    <w:p/>
    <w:p>
      <w:r>
        <w:rPr>
          <w:b w:val="0"/>
          <w:sz w:val="20"/>
        </w:rPr>
        <w:t>Sollte ich innerhalb dieser Frist keine Rückmeldung erhalten, behalte ich mir vor, weitere rechtliche Schritte einzuleiten.</w:t>
      </w:r>
    </w:p>
    <w:p/>
    <w:p/>
    <w:p>
      <w:r>
        <w:rPr>
          <w:b w:val="0"/>
          <w:sz w:val="20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https://musterklar.com/musterbrief-wertminderung-vorlage/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musterbrief-wertminderung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