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MUSTERVERTRAG MIETERSTROM</w:t>
      </w:r>
    </w:p>
    <w:p/>
    <w:p>
      <w:r>
        <w:rPr>
          <w:b/>
          <w:sz w:val="20"/>
        </w:rPr>
        <w:t>Vertragsparteien:</w:t>
      </w:r>
    </w:p>
    <w:p>
      <w:r>
        <w:rPr>
          <w:b/>
          <w:sz w:val="20"/>
        </w:rPr>
        <w:t>Vermieter (Betreiber der Stromanlage) :</w:t>
      </w:r>
    </w:p>
    <w:p>
      <w:r>
        <w:rPr>
          <w:b w:val="0"/>
          <w:sz w:val="20"/>
        </w:rPr>
        <w:t>Name/Unternehmen : ________________________________________________</w:t>
      </w:r>
    </w:p>
    <w:p>
      <w:r>
        <w:rPr>
          <w:b w:val="0"/>
          <w:sz w:val="20"/>
        </w:rPr>
        <w:t>Anschrift : ________________________________________________________</w:t>
      </w:r>
    </w:p>
    <w:p>
      <w:r>
        <w:rPr>
          <w:b w:val="0"/>
          <w:sz w:val="20"/>
        </w:rPr>
        <w:t>Telefonnummer : ____________________________________________________</w:t>
      </w:r>
    </w:p>
    <w:p/>
    <w:p>
      <w:r>
        <w:rPr>
          <w:b/>
          <w:sz w:val="20"/>
        </w:rPr>
        <w:t>Mieter (Stromabnehmer) :</w:t>
      </w:r>
    </w:p>
    <w:p>
      <w:r>
        <w:rPr>
          <w:b w:val="0"/>
          <w:sz w:val="20"/>
        </w:rPr>
        <w:t>Name/Unternehmen : ________________________________________________</w:t>
      </w:r>
    </w:p>
    <w:p>
      <w:r>
        <w:rPr>
          <w:b w:val="0"/>
          <w:sz w:val="20"/>
        </w:rPr>
        <w:t>Anschrift : ________________________________________________________</w:t>
      </w:r>
    </w:p>
    <w:p>
      <w:r>
        <w:rPr>
          <w:b w:val="0"/>
          <w:sz w:val="20"/>
        </w:rPr>
        <w:t>Telefonnummer : ____________________________________________________</w:t>
      </w:r>
    </w:p>
    <w:p/>
    <w:p>
      <w:r>
        <w:rPr>
          <w:b/>
          <w:sz w:val="20"/>
        </w:rPr>
        <w:t>§ 1 – Vertragsgegenstand</w:t>
      </w:r>
    </w:p>
    <w:p>
      <w:r>
        <w:rPr>
          <w:b w:val="0"/>
          <w:sz w:val="20"/>
        </w:rPr>
        <w:t>Der Vermieter stellt dem Mieter den durch die auf dem Grundstück installierte Photovoltaikanlage erzeugten Strom zur Verfügung. Der Mieter verpflichtet sich, den gelieferten Strom ausschließlich für den eigenen Bedarf zu verwenden.</w:t>
      </w:r>
    </w:p>
    <w:p/>
    <w:p>
      <w:r>
        <w:rPr>
          <w:b/>
          <w:sz w:val="20"/>
        </w:rPr>
        <w:t>§ 2 – Laufzeit und Kündigung</w:t>
      </w:r>
    </w:p>
    <w:p>
      <w:r>
        <w:rPr>
          <w:b w:val="0"/>
          <w:sz w:val="20"/>
        </w:rPr>
        <w:t>Der Vertrag wird auf unbestimmte Zeit geschlossen und kann von beiden Parteien mit einer Frist von drei Monaten zum Monatsende schriftlich gekündigt werden.</w:t>
      </w:r>
    </w:p>
    <w:p/>
    <w:p>
      <w:r>
        <w:rPr>
          <w:b/>
          <w:sz w:val="20"/>
        </w:rPr>
        <w:t>§ 3 – Vergütung und Abrechnung</w:t>
      </w:r>
    </w:p>
    <w:p>
      <w:r>
        <w:rPr>
          <w:b w:val="0"/>
          <w:sz w:val="20"/>
        </w:rPr>
        <w:t>Der Mieter zahlt an den Vermieter eine Vergütung in Höhe von _________________ Cent pro kWh. Die Abrechnung erfolgt monatlich/vierteljährlich durch den Vermieter.</w:t>
      </w:r>
    </w:p>
    <w:p/>
    <w:p>
      <w:r>
        <w:rPr>
          <w:b/>
          <w:sz w:val="20"/>
        </w:rPr>
        <w:t>§ 4 – Versorgung und Netznutzung</w:t>
      </w:r>
    </w:p>
    <w:p>
      <w:r>
        <w:rPr>
          <w:b w:val="0"/>
          <w:sz w:val="20"/>
        </w:rPr>
        <w:t>Der Vermieter gewährleistet eine ordnungsgemäße Versorgung mit Strom aus der Photovoltaikanlage. Für die Netznutzung trägt der Vermieter die Verantwortung.</w:t>
      </w:r>
    </w:p>
    <w:p/>
    <w:p>
      <w:r>
        <w:rPr>
          <w:b/>
          <w:sz w:val="20"/>
        </w:rPr>
        <w:t>§ 5 – Pflichten der Vertragsparteien</w:t>
      </w:r>
    </w:p>
    <w:p>
      <w:r>
        <w:rPr>
          <w:b w:val="0"/>
          <w:sz w:val="20"/>
        </w:rPr>
        <w:t>Der Vermieter verpflichtet sich, die Stromanlage instand zu halten und regelmäßig zu warten. Der Mieter ist verpflichtet, den Strom ausschließlich für den eigenen Verbrauch zu nutzen und keine Weiterveräußerung vorzunehmen.</w:t>
      </w:r>
    </w:p>
    <w:p/>
    <w:p>
      <w:r>
        <w:rPr>
          <w:b/>
          <w:sz w:val="20"/>
        </w:rPr>
        <w:t>§ 6 – Haftung</w:t>
      </w:r>
    </w:p>
    <w:p>
      <w:r>
        <w:rPr>
          <w:b w:val="0"/>
          <w:sz w:val="20"/>
        </w:rPr>
        <w:t>Der Vermieter haftet nur für Vorsatz und grobe Fahrlässigkeit. Für Schäden aus leichter Fahrlässigkeit haftet der Vermieter nur bei Verletzung wesentlicher Vertragspflichten.</w:t>
      </w:r>
    </w:p>
    <w:p/>
    <w:p>
      <w:r>
        <w:rPr>
          <w:b/>
          <w:sz w:val="20"/>
        </w:rPr>
        <w:t>§ 7 – Datenschutz</w:t>
      </w:r>
    </w:p>
    <w:p>
      <w:r>
        <w:rPr>
          <w:b w:val="0"/>
          <w:sz w:val="20"/>
        </w:rPr>
        <w:t>Die Parteien verpflichten sich, die im Zusammenhang mit diesem Vertrag erhobenen personenbezogenen Daten vertraulich zu behandeln und nur für Vertragszwecke zu verwenden.</w:t>
      </w:r>
    </w:p>
    <w:p/>
    <w:p>
      <w:r>
        <w:rPr>
          <w:b/>
          <w:sz w:val="20"/>
        </w:rPr>
        <w:t>§ 8 – Schlussbestimmungen</w:t>
      </w:r>
    </w:p>
    <w:p>
      <w:r>
        <w:rPr>
          <w:b w:val="0"/>
          <w:sz w:val="20"/>
        </w:rPr>
        <w:t>Änderungen und Ergänzungen dieses Vertrages bedürfen der Schriftform. Sollte eine Bestimmung dieses Vertrages unwirksam sein, bleibt der Vertrag im Übrigen wirksam. Gerichtsstand ist der Sitz des Vermieters.</w:t>
      </w:r>
    </w:p>
    <w:p/>
    <w:p/>
    <w:p>
      <w:r>
        <w:rPr>
          <w:b w:val="0"/>
          <w:sz w:val="20"/>
        </w:rPr>
        <w:t>Ort :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VERMIETER</w:t>
            </w:r>
          </w:p>
        </w:tc>
        <w:tc>
          <w:tcPr>
            <w:tcW w:type="dxa" w:w="4986"/>
            <w:tcBorders>
              <w:top w:val="nil"/>
              <w:left w:val="nil"/>
              <w:bottom w:val="nil"/>
              <w:right w:val="nil"/>
              <w:insideH w:val="nil"/>
              <w:insideV w:val="nil"/>
            </w:tcBorders>
          </w:tcPr>
          <w:p>
            <w:pPr>
              <w:jc w:val="center"/>
            </w:pPr>
            <w:r>
              <w:t>MIETER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https://musterklar.com/mustervertrag-mieterstrom/</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mustervertrag-mieterstrom/"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