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INFORMATION AN DIE NACHBARN ÜBER DEN BAUBEGINN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 (Nachbarn)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Information über den bevorstehenden Baubeginn auf dem Grundstück des Absenders.</w:t>
      </w:r>
    </w:p>
    <w:p/>
    <w:p>
      <w:r>
        <w:rPr>
          <w:b/>
          <w:sz w:val="20"/>
        </w:rPr>
        <w:t>Sehr geehrte Nachbarn,</w:t>
      </w:r>
    </w:p>
    <w:p>
      <w:r>
        <w:rPr>
          <w:b w:val="0"/>
          <w:sz w:val="20"/>
        </w:rPr>
        <w:t>hiermit informieren wir Sie darüber, dass auf dem Grundstück des Absenders in Kürze Bauarbeiten beginnen werden. Diese Information erfolgt gemäß den Regelungen des Nachbarrechts in Deutschland.</w:t>
      </w:r>
    </w:p>
    <w:p/>
    <w:p>
      <w:r>
        <w:rPr>
          <w:b/>
          <w:sz w:val="20"/>
        </w:rPr>
        <w:t>Beschreibung des Bauvorhabens :</w:t>
      </w:r>
    </w:p>
    <w:p>
      <w:r>
        <w:rPr>
          <w:b w:val="0"/>
          <w:sz w:val="20"/>
        </w:rPr>
        <w:t>Art des Bauvorhabens : ____________________________________________</w:t>
      </w:r>
    </w:p>
    <w:p>
      <w:r>
        <w:rPr>
          <w:b w:val="0"/>
          <w:sz w:val="20"/>
        </w:rPr>
        <w:t>Adresse des Baugrundstücks : _______________________________________</w:t>
      </w:r>
    </w:p>
    <w:p>
      <w:r>
        <w:rPr>
          <w:b w:val="0"/>
          <w:sz w:val="20"/>
        </w:rPr>
        <w:t>Umfang der Bauarbeiten : ___________________________________________</w:t>
      </w:r>
    </w:p>
    <w:p/>
    <w:p>
      <w:r>
        <w:rPr>
          <w:b/>
          <w:sz w:val="20"/>
        </w:rPr>
        <w:t>Baubeginn und voraussichtliche Dauer :</w:t>
      </w:r>
    </w:p>
    <w:p>
      <w:r>
        <w:rPr>
          <w:b w:val="0"/>
          <w:sz w:val="20"/>
        </w:rPr>
        <w:t>Der Baubeginn ist geplant für den : _________________________</w:t>
      </w:r>
    </w:p>
    <w:p>
      <w:r>
        <w:rPr>
          <w:b w:val="0"/>
          <w:sz w:val="20"/>
        </w:rPr>
        <w:t>Die voraussichtliche Dauer der Bauarbeiten beträgt : ________________</w:t>
      </w:r>
    </w:p>
    <w:p/>
    <w:p>
      <w:r>
        <w:rPr>
          <w:b w:val="0"/>
          <w:sz w:val="20"/>
        </w:rPr>
        <w:t>Wir bitten um Ihr Verständnis und versichern, dass alle Baumaßnahmen unter Berücksichtigung der geltenden gesetzlichen Vorschriften und mit größtmöglicher Rücksicht auf die Nachbarschaft durchgeführt werden.</w:t>
      </w:r>
    </w:p>
    <w:p/>
    <w:p>
      <w:r>
        <w:rPr>
          <w:b/>
          <w:sz w:val="20"/>
        </w:rPr>
        <w:t>Bei Fragen oder Anliegen stehen wir Ihnen gerne zur Verfügung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>
      <w:r>
        <w:rPr>
          <w:b w:val="0"/>
          <w:sz w:val="20"/>
        </w:rPr>
        <w:t>E-Mail : __________________________________________________________</w:t>
      </w:r>
    </w:p>
    <w:p/>
    <w:p/>
    <w:p>
      <w:r>
        <w:rPr>
          <w:b w:val="0"/>
          <w:sz w:val="20"/>
        </w:rPr>
        <w:t>Ort : ______________________________________________________________</w:t>
      </w:r>
    </w:p>
    <w:p>
      <w:r>
        <w:rPr>
          <w:b w:val="0"/>
          <w:sz w:val="20"/>
        </w:rPr>
        <w:t>Unterschrift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Nachbar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https://musterklar.com/nachbarn-uber-baubeginn-informieren-vorlage/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nachbarn-uber-baubeginn-informieren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