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NEBENKOSTENERHÖHUNG</w:t>
      </w:r>
    </w:p>
    <w:p/>
    <w:p>
      <w:r>
        <w:rPr>
          <w:b w:val="0"/>
          <w:sz w:val="20"/>
        </w:rPr>
        <w:t>Sehr geehrte/r Mieter/in,</w:t>
      </w:r>
    </w:p>
    <w:p/>
    <w:p>
      <w:r>
        <w:rPr>
          <w:b w:val="0"/>
          <w:sz w:val="20"/>
        </w:rPr>
        <w:t>hiermit erhalten Sie die Mitteilung über die Erhöhung der Nebenkostenvorauszahlung gemäß § 560 BGB.</w:t>
      </w:r>
    </w:p>
    <w:p/>
    <w:p/>
    <w:p>
      <w:r>
        <w:rPr>
          <w:b/>
          <w:sz w:val="20"/>
        </w:rPr>
        <w:t>Angaben zum Mietobjekt:</w:t>
      </w:r>
    </w:p>
    <w:p>
      <w:r>
        <w:rPr>
          <w:b w:val="0"/>
          <w:sz w:val="20"/>
        </w:rPr>
        <w:t>Mietobjekt : _________________________________________________________</w:t>
      </w:r>
    </w:p>
    <w:p>
      <w:r>
        <w:rPr>
          <w:b w:val="0"/>
          <w:sz w:val="20"/>
        </w:rPr>
        <w:t>Mieter/in : __________________________________________________________</w:t>
      </w:r>
    </w:p>
    <w:p>
      <w:r>
        <w:rPr>
          <w:b w:val="0"/>
          <w:sz w:val="20"/>
        </w:rPr>
        <w:t>Vermieter/in : _______________________________________________________</w:t>
      </w:r>
    </w:p>
    <w:p/>
    <w:p>
      <w:r>
        <w:rPr>
          <w:b/>
          <w:sz w:val="20"/>
        </w:rPr>
        <w:t>Details zur Nebenkostenerhöhung:</w:t>
      </w:r>
    </w:p>
    <w:p>
      <w:r>
        <w:rPr>
          <w:b w:val="0"/>
          <w:sz w:val="20"/>
        </w:rPr>
        <w:t>Bislang gezahlte monatliche Nebenkostenvorauszahlung : _______________ EUR</w:t>
      </w:r>
    </w:p>
    <w:p>
      <w:r>
        <w:rPr>
          <w:b w:val="0"/>
          <w:sz w:val="20"/>
        </w:rPr>
        <w:t>Neue monatliche Nebenkostenvorauszahlung ab dem nächsten Abrechnungszeitraum : _______________ EUR</w:t>
      </w:r>
    </w:p>
    <w:p>
      <w:r>
        <w:rPr>
          <w:b w:val="0"/>
          <w:sz w:val="20"/>
        </w:rPr>
        <w:t>Grund der Erhöhung : __________________________________________________</w:t>
      </w:r>
    </w:p>
    <w:p/>
    <w:p>
      <w:r>
        <w:rPr>
          <w:b/>
          <w:sz w:val="20"/>
        </w:rPr>
        <w:t>Rechtliche Hinweise:</w:t>
      </w:r>
    </w:p>
    <w:p>
      <w:r>
        <w:rPr>
          <w:b w:val="0"/>
          <w:sz w:val="20"/>
        </w:rPr>
        <w:t>Die Nebenkostenerhöhung erfolgt aufgrund gestiegener Betriebskosten und ist gemäß § 560 BGB zulässig. Die Erhöhung wird mit Wirkung zum Beginn des nächsten Abrechnungszeitraums wirksam.</w:t>
      </w:r>
    </w:p>
    <w:p/>
    <w:p>
      <w:r>
        <w:rPr>
          <w:b/>
          <w:sz w:val="20"/>
        </w:rPr>
        <w:t>Abrechnung:</w:t>
      </w:r>
    </w:p>
    <w:p>
      <w:r>
        <w:rPr>
          <w:b w:val="0"/>
          <w:sz w:val="20"/>
        </w:rPr>
        <w:t>Die Nebenkostenabrechnung für den Abrechnungszeitraum wird wie gewohnt erstellt und übersandt.</w:t>
      </w:r>
    </w:p>
    <w:p/>
    <w:p>
      <w:r>
        <w:rPr>
          <w:b w:val="0"/>
          <w:sz w:val="20"/>
        </w:rPr>
        <w:t>Bitte beachten Sie, dass die erhöhte Vorauszahlung ab dem genannten Zeitpunkt zu leisten ist.</w:t>
      </w:r>
    </w:p>
    <w:p/>
    <w:p/>
    <w:p>
      <w:r>
        <w:rPr>
          <w:b w:val="0"/>
          <w:sz w:val="20"/>
        </w:rPr>
        <w:t>Ort : _______________________________    Datum : 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Vermieter/in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Mieter/in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https://musterklar.com/nebenkostenerhohung-vorlage-haus-und-grund/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klar.com/nebenkostenerhohung-vorlage-haus-und-grund/" TargetMode="External"/><Relationship Id="rId10" Type="http://schemas.openxmlformats.org/officeDocument/2006/relationships/hyperlink" Target="https://muster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