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– KÜNDIGUNG OGs-PLATZ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des Anbieters / Betreibers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meines OGs-Platz-Vertrags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Vertrag über den OGs-Platz fristgerecht und ordentlich zum nächstmöglichen Zeitpunkt. Bitte bestätigen Sie mir schriftlich den Erhalt dieser Kündigung sowie das Vertragsende.</w:t>
      </w:r>
    </w:p>
    <w:p/>
    <w:p/>
    <w:p>
      <w:r>
        <w:rPr>
          <w:b w:val="0"/>
          <w:sz w:val="20"/>
        </w:rPr>
        <w:t>Ich bitte Sie, mir eine schriftliche Bestätigung der Kündigung und des Beendigungszeitpunktes zukommen zu lassen.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https://musterklar.com/ogs-platz-kundigen-muster/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ogs-platz-kundigen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