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PACHTVERTRAG LANDWIRTSCHAFT</w:t>
      </w:r>
    </w:p>
    <w:p/>
    <w:p>
      <w:r>
        <w:rPr>
          <w:b/>
          <w:sz w:val="20"/>
        </w:rPr>
        <w:t>Pachtgegenstand :</w:t>
      </w:r>
    </w:p>
    <w:p>
      <w:r>
        <w:rPr>
          <w:b w:val="0"/>
          <w:sz w:val="20"/>
        </w:rPr>
        <w:t>Der Verpächter verpachtet an den Pächter das landwirtschaftliche Grundstück mit allen dazugehörigen Gebäuden, Anlagen und Rechten.</w:t>
      </w:r>
    </w:p>
    <w:p>
      <w:r>
        <w:rPr>
          <w:b w:val="0"/>
          <w:sz w:val="20"/>
        </w:rPr>
        <w:t>Beschreibung des Pachtobjekts : ________________________________________________________________</w:t>
      </w:r>
    </w:p>
    <w:p/>
    <w:p>
      <w:r>
        <w:rPr>
          <w:b/>
          <w:sz w:val="20"/>
        </w:rPr>
        <w:t>Angaben des Verpächters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Angaben des Pächters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Pachtzeit :</w:t>
      </w:r>
    </w:p>
    <w:p>
      <w:r>
        <w:rPr>
          <w:b w:val="0"/>
          <w:sz w:val="20"/>
        </w:rPr>
        <w:t>Der Pachtvertrag beginnt am __________________ und läuft auf unbestimmte Zeit / bis zum __________________.</w:t>
      </w:r>
    </w:p>
    <w:p>
      <w:r>
        <w:rPr>
          <w:b w:val="0"/>
          <w:sz w:val="20"/>
        </w:rPr>
        <w:t>Die Kündigungsfrist beträgt ______ Monate zum Ende eines Pachtjahres.</w:t>
      </w:r>
    </w:p>
    <w:p/>
    <w:p>
      <w:r>
        <w:rPr>
          <w:b/>
          <w:sz w:val="20"/>
        </w:rPr>
        <w:t>Pachtzins und Zahlungsmodalitäten :</w:t>
      </w:r>
    </w:p>
    <w:p>
      <w:r>
        <w:rPr>
          <w:b w:val="0"/>
          <w:sz w:val="20"/>
        </w:rPr>
        <w:t>Der Pächter verpflichtet sich, an den Verpächter einen jährlichen Pachtzins in Höhe von _________________ EUR zu zahlen.</w:t>
      </w:r>
    </w:p>
    <w:p>
      <w:r>
        <w:rPr>
          <w:b w:val="0"/>
          <w:sz w:val="20"/>
        </w:rPr>
        <w:t>Die Zahlung erfolgt in ______ Raten jeweils zum __________________.</w:t>
      </w:r>
    </w:p>
    <w:p/>
    <w:p>
      <w:r>
        <w:rPr>
          <w:b/>
          <w:sz w:val="20"/>
        </w:rPr>
        <w:t>Nutzung und Instandhaltung :</w:t>
      </w:r>
    </w:p>
    <w:p>
      <w:r>
        <w:rPr>
          <w:b w:val="0"/>
          <w:sz w:val="20"/>
        </w:rPr>
        <w:t>Der Pächter verpflichtet sich, das Pachtobjekt ausschließlich zu landwirtschaftlichen Zwecken zu nutzen und pfleglich zu behandeln.</w:t>
      </w:r>
    </w:p>
    <w:p>
      <w:r>
        <w:rPr>
          <w:b w:val="0"/>
          <w:sz w:val="20"/>
        </w:rPr>
        <w:t>Für notwendige Reparaturen ist der Pächter verantwortlich, es sei denn, sie beruhen auf normaler Abnutzung.</w:t>
      </w:r>
    </w:p>
    <w:p/>
    <w:p>
      <w:r>
        <w:rPr>
          <w:b/>
          <w:sz w:val="20"/>
        </w:rPr>
        <w:t>Unterpacht und bauliche Veränderungen :</w:t>
      </w:r>
    </w:p>
    <w:p>
      <w:r>
        <w:rPr>
          <w:b w:val="0"/>
          <w:sz w:val="20"/>
        </w:rPr>
        <w:t>Eine Unterpacht oder wesentliche bauliche Veränderungen bedürfen der vorherigen schriftlichen Zustimmung des Verpächters.</w:t>
      </w:r>
    </w:p>
    <w:p/>
    <w:p>
      <w:r>
        <w:rPr>
          <w:b/>
          <w:sz w:val="20"/>
        </w:rPr>
        <w:t>Beendigung des Vertrags :</w:t>
      </w:r>
    </w:p>
    <w:p>
      <w:r>
        <w:rPr>
          <w:b w:val="0"/>
          <w:sz w:val="20"/>
        </w:rPr>
        <w:t>Bei Beendigung des Pachtverhältnisses ist das Pachtobjekt in ordnungsgemäßem Zustand zurückzugeben.</w:t>
      </w:r>
    </w:p>
    <w:p>
      <w:r>
        <w:rPr>
          <w:b w:val="0"/>
          <w:sz w:val="20"/>
        </w:rPr>
        <w:t>Der Pächter hat keine Ansprüche auf Entschädigung für Investitionen oder Verbesserungen ohne vorherige Vereinbarung.</w:t>
      </w:r>
    </w:p>
    <w:p/>
    <w:p>
      <w:r>
        <w:rPr>
          <w:b/>
          <w:sz w:val="20"/>
        </w:rPr>
        <w:t>Haftung :</w:t>
      </w:r>
    </w:p>
    <w:p>
      <w:r>
        <w:rPr>
          <w:b w:val="0"/>
          <w:sz w:val="20"/>
        </w:rPr>
        <w:t>Der Verpächter haftet nicht für Schäden, die dem Pächter aus der Nutzung des Pachtobjekts entstehen, sofern diese nicht auf grobe Fahrlässigkeit oder Vorsatz zurückzuführen sind.</w:t>
      </w:r>
    </w:p>
    <w:p/>
    <w:p>
      <w:r>
        <w:rPr>
          <w:b/>
          <w:sz w:val="20"/>
        </w:rPr>
        <w:t>Gerichtsstand :</w:t>
      </w:r>
    </w:p>
    <w:p>
      <w:r>
        <w:rPr>
          <w:b w:val="0"/>
          <w:sz w:val="20"/>
        </w:rPr>
        <w:t>Für alle Streitigkeiten aus diesem Vertrag gilt das Recht der Bundesrepublik Deutschland. Gerichtsstand ist der Wohnsitz des Verpächters.</w:t>
      </w:r>
    </w:p>
    <w:p/>
    <w:p/>
    <w:p>
      <w:r>
        <w:rPr>
          <w:b w:val="0"/>
          <w:sz w:val="20"/>
        </w:rPr>
        <w:t>Ort : ________________________________________________________</w:t>
      </w:r>
    </w:p>
    <w:p>
      <w:r>
        <w:rPr>
          <w:b w:val="0"/>
          <w:sz w:val="20"/>
        </w:rPr>
        <w:t>Datum : 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VERPÄCHTER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PÄCHTER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https://musterklar.com/pachtvertrag-landwirtschaft-vorlage/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pachtvertrag-landwirtschaft-vorlage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