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PFLEGEBETEILIGUNGSVERTRAG FÜR EIN PFERD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Pferdehalters / Eigentümers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des Pflegers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zum Pferd :</w:t>
      </w:r>
    </w:p>
    <w:p>
      <w:r>
        <w:rPr>
          <w:b w:val="0"/>
          <w:sz w:val="20"/>
        </w:rPr>
        <w:t>Name des Pferdes : ________________________________________________</w:t>
      </w:r>
    </w:p>
    <w:p>
      <w:r>
        <w:rPr>
          <w:b w:val="0"/>
          <w:sz w:val="20"/>
        </w:rPr>
        <w:t>Rasse : ___________________________________________________________</w:t>
      </w:r>
    </w:p>
    <w:p>
      <w:r>
        <w:rPr>
          <w:b w:val="0"/>
          <w:sz w:val="20"/>
        </w:rPr>
        <w:t>Geburtsjahr : ___________________________________________</w:t>
      </w:r>
    </w:p>
    <w:p>
      <w:r>
        <w:rPr>
          <w:b w:val="0"/>
          <w:sz w:val="20"/>
        </w:rPr>
        <w:t>Farbe : ___________________________________________________________</w:t>
      </w:r>
    </w:p>
    <w:p>
      <w:r>
        <w:rPr>
          <w:b w:val="0"/>
          <w:sz w:val="20"/>
        </w:rPr>
        <w:t>Kennzeichnung / Brandzeichen : ____________________________________</w:t>
      </w:r>
    </w:p>
    <w:p/>
    <w:p>
      <w:r>
        <w:rPr>
          <w:b/>
          <w:sz w:val="20"/>
        </w:rPr>
        <w:t>Pflegeumfang und Pflichten des Pflegers :</w:t>
      </w:r>
    </w:p>
    <w:p>
      <w:r>
        <w:rPr>
          <w:b w:val="0"/>
          <w:sz w:val="20"/>
        </w:rPr>
        <w:t>Der Pfleger verpflichtet sich, das Pferd sorgfältig und artgerecht zu pflegen. Dazu gehören insbesondere:</w:t>
      </w:r>
    </w:p>
    <w:p>
      <w:r>
        <w:rPr>
          <w:b w:val="0"/>
          <w:sz w:val="20"/>
        </w:rPr>
        <w:t>- Fütterung gemäß den Vorgaben des Halters</w:t>
      </w:r>
    </w:p>
    <w:p>
      <w:r>
        <w:rPr>
          <w:b w:val="0"/>
          <w:sz w:val="20"/>
        </w:rPr>
        <w:t>- Tägliche Pflege und Bewegung</w:t>
      </w:r>
    </w:p>
    <w:p>
      <w:r>
        <w:rPr>
          <w:b w:val="0"/>
          <w:sz w:val="20"/>
        </w:rPr>
        <w:t>- Beobachtung des Gesundheitszustands und unverzügliche Information des Halters bei Auffälligkeiten</w:t>
      </w:r>
    </w:p>
    <w:p>
      <w:r>
        <w:rPr>
          <w:b w:val="0"/>
          <w:sz w:val="20"/>
        </w:rPr>
        <w:t>- Einhaltung aller tierärztlichen Anweisungen</w:t>
      </w:r>
    </w:p>
    <w:p/>
    <w:p>
      <w:r>
        <w:rPr>
          <w:b/>
          <w:sz w:val="20"/>
        </w:rPr>
        <w:t>Nutzungsrechte und Einschränkungen :</w:t>
      </w:r>
    </w:p>
    <w:p>
      <w:r>
        <w:rPr>
          <w:b w:val="0"/>
          <w:sz w:val="20"/>
        </w:rPr>
        <w:t>Der Pfleger darf das Pferd nur mit ausdrücklicher Zustimmung des Halters für Reit- oder sonstige Zwecke nutzen. Eine Weitergabe an Dritte ist nicht gestattet.</w:t>
      </w:r>
    </w:p>
    <w:p/>
    <w:p>
      <w:r>
        <w:rPr>
          <w:b/>
          <w:sz w:val="20"/>
        </w:rPr>
        <w:t>Vergütung und Kosten :</w:t>
      </w:r>
    </w:p>
    <w:p>
      <w:r>
        <w:rPr>
          <w:b w:val="0"/>
          <w:sz w:val="20"/>
        </w:rPr>
        <w:t>Die Pflegebeteiligung erfolgt unentgeltlich / gegen eine monatliche Vergütung von ______________ EUR (bitte Zutreffendes ankreuzen).</w:t>
      </w:r>
    </w:p>
    <w:p>
      <w:r>
        <w:rPr>
          <w:b w:val="0"/>
          <w:sz w:val="20"/>
        </w:rPr>
        <w:t>Alle anfallenden Kosten für Futter, Tierarzt, Hufpflege und sonstige Aufwendungen trägt der Halter / Pfleger (bitte Zutreffendes ankreuzen).</w:t>
      </w:r>
    </w:p>
    <w:p/>
    <w:p>
      <w:r>
        <w:rPr>
          <w:b/>
          <w:sz w:val="20"/>
        </w:rPr>
        <w:t>Haftung :</w:t>
      </w:r>
    </w:p>
    <w:p>
      <w:r>
        <w:rPr>
          <w:b w:val="0"/>
          <w:sz w:val="20"/>
        </w:rPr>
        <w:t>Der Pfleger haftet für Schäden, die durch grobe Fahrlässigkeit oder Vorsatz entstehen. Der Halter stellt den Pfleger von allen Haftungsansprüchen Dritter frei, die im Zusammenhang mit der Pflege entstehen.</w:t>
      </w:r>
    </w:p>
    <w:p/>
    <w:p>
      <w:r>
        <w:rPr>
          <w:b/>
          <w:sz w:val="20"/>
        </w:rPr>
        <w:t>Vertragsdauer und Kündigung :</w:t>
      </w:r>
    </w:p>
    <w:p>
      <w:r>
        <w:rPr>
          <w:b w:val="0"/>
          <w:sz w:val="20"/>
        </w:rPr>
        <w:t>Dieser Vertrag wird auf unbestimmte Zeit geschlossen und kann von beiden Parteien mit einer Frist von __________________ Wochen zum Monatsende schriftlich gekündigt werden.</w:t>
      </w:r>
    </w:p>
    <w:p/>
    <w:p>
      <w:r>
        <w:rPr>
          <w:b/>
          <w:sz w:val="20"/>
        </w:rPr>
        <w:t>Sonstige Vereinbarungen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/>
    <w:p>
      <w:r>
        <w:rPr>
          <w:b w:val="0"/>
          <w:sz w:val="20"/>
        </w:rPr>
        <w:t>Ort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PFERDEHALTER / EIGENTÜMER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PFLEGER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https://musterklar.com/pflegebeteiligung-pferd-vertrag/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pflegebeteiligung-pferd-vertra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