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PRAKTIKUMSBESCHEINIGUNG</w:t>
      </w:r>
    </w:p>
    <w:p/>
    <w:p/>
    <w:p>
      <w:r>
        <w:rPr>
          <w:b w:val="0"/>
          <w:sz w:val="20"/>
        </w:rPr>
        <w:t>Hiermit wird bescheinigt, dass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 w:val="0"/>
          <w:sz w:val="20"/>
        </w:rPr>
        <w:t>im Zeitraum vom _______________ bis zum _______________ ein Praktikum in unserem Unternehmen absolviert hat.</w:t>
      </w:r>
    </w:p>
    <w:p/>
    <w:p>
      <w:r>
        <w:rPr>
          <w:b w:val="0"/>
          <w:sz w:val="20"/>
        </w:rPr>
        <w:t>Name des Unternehmens : _____________________________________________</w:t>
      </w:r>
    </w:p>
    <w:p>
      <w:r>
        <w:rPr>
          <w:b w:val="0"/>
          <w:sz w:val="20"/>
        </w:rPr>
        <w:t>Anschrift des Unternehmens : _________________________________________</w:t>
      </w:r>
    </w:p>
    <w:p/>
    <w:p>
      <w:r>
        <w:rPr>
          <w:b/>
          <w:sz w:val="20"/>
        </w:rPr>
        <w:t>Das Praktikum umfasste folgende Tätigkeiten und Aufgabenbereiche: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Das Praktikum wurde zur vollsten Zufriedenheit durchgeführt.</w:t>
      </w:r>
    </w:p>
    <w:p/>
    <w:p/>
    <w:p>
      <w:r>
        <w:rPr>
          <w:b w:val="0"/>
          <w:sz w:val="20"/>
        </w:rPr>
        <w:t>Ort : _______________________________    Datum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Praktikant/in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https://musterklar.com/praktikumsbescheinigung-vorlage/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praktikumsbescheinig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