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PROFESSIONELLE ANTWORT AUF EINE BESCHWERDE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Name/Firma : _________________________________________________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 : 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: _________________________________________________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Antwort auf Ihre Beschwerde vom 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wir bedanken uns für Ihre Nachricht und bedauern, dass Sie Anlass zur Beanstandung hatten. Ihre Zufriedenheit ist uns sehr wichtig, weshalb wir Ihr Anliegen eingehend geprüft haben.</w:t>
      </w:r>
    </w:p>
    <w:p/>
    <w:p>
      <w:r>
        <w:rPr>
          <w:b/>
          <w:sz w:val="20"/>
        </w:rPr>
        <w:t>Sachverhalt:</w:t>
      </w:r>
    </w:p>
    <w:p>
      <w:r>
        <w:rPr>
          <w:b w:val="0"/>
          <w:sz w:val="20"/>
        </w:rPr>
        <w:t>Nach sorgfältiger Prüfung können wir folgenden Sachverhalt bestätigen bzw. klarstellen: ____________________________________________________________________________________</w:t>
      </w:r>
    </w:p>
    <w:p/>
    <w:p>
      <w:r>
        <w:rPr>
          <w:b/>
          <w:sz w:val="20"/>
        </w:rPr>
        <w:t>Maßnahmen / Lösung:</w:t>
      </w:r>
    </w:p>
    <w:p>
      <w:r>
        <w:rPr>
          <w:b w:val="0"/>
          <w:sz w:val="20"/>
        </w:rPr>
        <w:t>Um Ihre Beschwerde zu lösen, bieten wir folgende Maßnahmen an: ____________________________________________________________________________________</w:t>
      </w:r>
    </w:p>
    <w:p/>
    <w:p>
      <w:r>
        <w:rPr>
          <w:b/>
          <w:sz w:val="20"/>
        </w:rPr>
        <w:t>Weiteres Vorgehen:</w:t>
      </w:r>
    </w:p>
    <w:p>
      <w:r>
        <w:rPr>
          <w:b w:val="0"/>
          <w:sz w:val="20"/>
        </w:rPr>
        <w:t>Wir hoffen, dass die beschriebenen Maßnahmen zu Ihrer Zufriedenheit beitragen. Sollten Sie weitere Fragen oder Anliegen haben, stehen wir Ihnen jederzeit gern zur Verfügung.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Position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https://musterklar.com/professionelle-antwort-auf-beschwerde-muster/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professionelle-antwort-auf-beschwerde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