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REKLAMATION MÖBEL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Reklamation wegen mangelhafter Lieferung / defektem Möbelstück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reklamiere ich das am _______________ bei Ihnen erworbene Möbelstück,</w:t>
      </w:r>
    </w:p>
    <w:p>
      <w:r>
        <w:rPr>
          <w:b/>
          <w:sz w:val="20"/>
        </w:rPr>
        <w:t>das folgende Mängel aufweist: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</w:t>
      </w:r>
    </w:p>
    <w:p/>
    <w:p>
      <w:r>
        <w:rPr>
          <w:b w:val="0"/>
          <w:sz w:val="20"/>
        </w:rPr>
        <w:t>Die Mängel beeinträchtigen die Gebrauchstauglichkeit erheblich, weshalb ich Sie bitte,</w:t>
      </w:r>
    </w:p>
    <w:p>
      <w:r>
        <w:rPr>
          <w:b w:val="0"/>
          <w:sz w:val="20"/>
        </w:rPr>
        <w:t>den Mangel gemäß § 434 BGB zu beheben und mir eine Nachbesserung oder Ersatzlieferung anzubieten.</w:t>
      </w:r>
    </w:p>
    <w:p/>
    <w:p>
      <w:r>
        <w:rPr>
          <w:b w:val="0"/>
          <w:sz w:val="20"/>
        </w:rPr>
        <w:t>Bitte bestätigen Sie mir schriftlich den Eingang dieses Schreibens und teilen Sie mir mit,</w:t>
      </w:r>
    </w:p>
    <w:p>
      <w:r>
        <w:rPr>
          <w:b w:val="0"/>
          <w:sz w:val="20"/>
        </w:rPr>
        <w:t>wie Sie weiter vorgehen werden.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    Datum 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HÄNDLER - BESTÄTIGUNG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KUNDE - RÜCKMELDUNG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https://musterklar.com/reklamation-musterbrief-mobel/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reklamation-musterbrief-mobel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