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REKLAMATIONS MUSTERBRIEF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</w:t>
      </w:r>
    </w:p>
    <w:p>
      <w:r>
        <w:rPr>
          <w:b w:val="0"/>
          <w:sz w:val="20"/>
        </w:rPr>
        <w:t>Anschrift : ___________________________________________</w:t>
      </w:r>
    </w:p>
    <w:p>
      <w:r>
        <w:rPr>
          <w:b w:val="0"/>
          <w:sz w:val="20"/>
        </w:rPr>
        <w:t>Telefonnummer : ______________________________________</w:t>
      </w:r>
    </w:p>
    <w:p>
      <w:r>
        <w:rPr>
          <w:b w:val="0"/>
          <w:sz w:val="20"/>
        </w:rPr>
        <w:t>E-Mail : 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 : ________________________________________</w:t>
      </w:r>
    </w:p>
    <w:p>
      <w:r>
        <w:rPr>
          <w:b w:val="0"/>
          <w:sz w:val="20"/>
        </w:rPr>
        <w:t>Anschrift : 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Reklamation wegen mangelhafter Ware / Leistung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reklamiere ich die von Ihnen gelieferte Ware / erbrachte Leistung, da diese nicht den vertraglich vereinbarten Anforderungen entspricht.</w:t>
      </w:r>
    </w:p>
    <w:p>
      <w:r>
        <w:rPr>
          <w:b/>
          <w:sz w:val="20"/>
        </w:rPr>
        <w:t>Die Beanstandung betrifft folgende Punkte:</w:t>
      </w:r>
    </w:p>
    <w:p>
      <w:r>
        <w:rPr>
          <w:b w:val="0"/>
          <w:sz w:val="20"/>
        </w:rPr>
        <w:t>- Mangelhafte / fehlerhafte Ware: ___________________________________________</w:t>
      </w:r>
    </w:p>
    <w:p>
      <w:r>
        <w:rPr>
          <w:b w:val="0"/>
          <w:sz w:val="20"/>
        </w:rPr>
        <w:t>- Falsche Lieferung / unvollständige Lieferung</w:t>
      </w:r>
    </w:p>
    <w:p>
      <w:r>
        <w:rPr>
          <w:b w:val="0"/>
          <w:sz w:val="20"/>
        </w:rPr>
        <w:t>- Verspätete Lieferung / Nichterfüllung der Leistung</w:t>
      </w:r>
    </w:p>
    <w:p>
      <w:r>
        <w:rPr>
          <w:b w:val="0"/>
          <w:sz w:val="20"/>
        </w:rPr>
        <w:t>- Sonstige Mängel: _________________________________________________________</w:t>
      </w:r>
    </w:p>
    <w:p/>
    <w:p>
      <w:r>
        <w:rPr>
          <w:b/>
          <w:sz w:val="20"/>
        </w:rPr>
        <w:t>Ich fordere Sie daher auf, den Mangel umgehend zu beheben, eine Ersatzlieferung vorzunehmen oder mir den Kaufpreis zu erstatten.</w:t>
      </w:r>
    </w:p>
    <w:p>
      <w:r>
        <w:rPr>
          <w:b w:val="0"/>
          <w:sz w:val="20"/>
        </w:rPr>
        <w:t>Bitte bestätigen Sie mir schriftlich den Eingang dieser Reklamation und teilen Sie mir mit, wie Sie weiter verfahren werden.</w:t>
      </w:r>
    </w:p>
    <w:p/>
    <w:p>
      <w:r>
        <w:rPr>
          <w:b/>
          <w:sz w:val="20"/>
        </w:rPr>
        <w:t>Für die Erledigung der Reklamation setze ich Ihnen eine Frist von 14 Tagen ab Erhalt dieses Schreibens.</w:t>
      </w:r>
    </w:p>
    <w:p/>
    <w:p>
      <w:r>
        <w:rPr>
          <w:b/>
          <w:sz w:val="20"/>
        </w:rPr>
        <w:t>Sollte innerhalb dieser Frist keine zufriedenstellende Lösung erfolgen, sehe ich mich gezwungen, rechtliche Schritte einzuleiten.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https://musterklar.com/reklamation-musterbrief/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reklamation-musterbrief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