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RÜCKTRITTSVERTRAG ZUM KAUFVERTRAG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Verkäufer 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Käufer 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Beschreibung der Kaufsache : ___________________________________________</w:t>
      </w:r>
    </w:p>
    <w:p>
      <w:r>
        <w:rPr>
          <w:b w:val="0"/>
          <w:sz w:val="20"/>
        </w:rPr>
        <w:t>Kaufpreis : ______________________ EUR</w:t>
      </w:r>
    </w:p>
    <w:p/>
    <w:p>
      <w:r>
        <w:rPr>
          <w:b/>
          <w:sz w:val="20"/>
        </w:rPr>
        <w:t>Rücktrittserklärung :</w:t>
      </w:r>
    </w:p>
    <w:p>
      <w:r>
        <w:rPr>
          <w:b w:val="0"/>
          <w:sz w:val="20"/>
        </w:rPr>
        <w:t>Die Vertragsparteien sind übereingekommen, dass der zwischen ihnen geschlossene Kaufvertrag über die oben genannte Kaufsache hiermit einvernehmlich aufgehoben wird.</w:t>
      </w:r>
    </w:p>
    <w:p>
      <w:r>
        <w:rPr>
          <w:b w:val="0"/>
          <w:sz w:val="20"/>
        </w:rPr>
        <w:t>Mit Unterzeichnung dieses Rücktrittsvertrags werden alle gegenseitigen Ansprüche aus dem ursprünglichen Kaufvertrag aufgehoben, soweit nachfolgend nichts anderes geregelt ist.</w:t>
      </w:r>
    </w:p>
    <w:p/>
    <w:p>
      <w:r>
        <w:rPr>
          <w:b/>
          <w:sz w:val="20"/>
        </w:rPr>
        <w:t>Rückabwicklung :</w:t>
      </w:r>
    </w:p>
    <w:p>
      <w:r>
        <w:rPr>
          <w:b w:val="0"/>
          <w:sz w:val="20"/>
        </w:rPr>
        <w:t>Der Käufer verpflichtet sich, die Kaufsache unverzüglich an den Verkäufer zurückzugeben.</w:t>
      </w:r>
    </w:p>
    <w:p>
      <w:r>
        <w:rPr>
          <w:b w:val="0"/>
          <w:sz w:val="20"/>
        </w:rPr>
        <w:t>Der Verkäufer verpflichtet sich, dem Käufer den Kaufpreis in Höhe von ______________________ EUR zurückzuerstatten.</w:t>
      </w:r>
    </w:p>
    <w:p>
      <w:r>
        <w:rPr>
          <w:b w:val="0"/>
          <w:sz w:val="20"/>
        </w:rPr>
        <w:t>Etwaige Nutzungen oder Gebrauchsvorteile sind nach den gesetzlichen Bestimmungen auszugleichen.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Mit Abschluss dieses Rücktrittsvertrags verzichten beide Parteien auf weitere gegenseitige Ansprüche, insbesondere Schadensersatzansprüche aus dem aufgehobenen Kaufvertrag.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</w:t>
      </w:r>
    </w:p>
    <w:p>
      <w:r>
        <w:rPr>
          <w:b w:val="0"/>
          <w:sz w:val="20"/>
        </w:rPr>
        <w:t>Gerichtsstand für alle Streitigkeiten aus diesem Vertrag ist, soweit gesetzlich zulässig, der Wohnsitz des Verkäufers.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https://musterklar.com/rucktritt-kaufvertrag-schweiz-vorlage/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ucktritt-kaufvertrag-schweiz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