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RÜCKZAHLUNGSPLAN</w:t>
      </w:r>
    </w:p>
    <w:p/>
    <w:p>
      <w:r>
        <w:rPr>
          <w:b/>
          <w:sz w:val="20"/>
        </w:rPr>
        <w:t>Zwischen dem Darlehensgeber und dem Darlehensnehmer wird folgender Rückzahlungsplan vereinbart:</w:t>
      </w:r>
    </w:p>
    <w:p/>
    <w:p>
      <w:r>
        <w:rPr>
          <w:b/>
          <w:sz w:val="20"/>
        </w:rPr>
        <w:t>Angaben des Darlehensgebers:</w:t>
      </w:r>
    </w:p>
    <w:p>
      <w:r>
        <w:rPr>
          <w:b w:val="0"/>
          <w:sz w:val="20"/>
        </w:rPr>
        <w:t>Name / Firma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Angaben des Darlehensnehmers: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</w:t>
      </w:r>
    </w:p>
    <w:p/>
    <w:p>
      <w:r>
        <w:rPr>
          <w:b/>
          <w:sz w:val="20"/>
        </w:rPr>
        <w:t>Details des Darlehens:</w:t>
      </w:r>
    </w:p>
    <w:p>
      <w:r>
        <w:rPr>
          <w:b w:val="0"/>
          <w:sz w:val="20"/>
        </w:rPr>
        <w:t>Darlehenssumme : _________________ EUR</w:t>
      </w:r>
    </w:p>
    <w:p>
      <w:r>
        <w:rPr>
          <w:b w:val="0"/>
          <w:sz w:val="20"/>
        </w:rPr>
        <w:t>Verwendungszweck : __________________________________________________</w:t>
      </w:r>
    </w:p>
    <w:p>
      <w:r>
        <w:rPr>
          <w:b w:val="0"/>
          <w:sz w:val="20"/>
        </w:rPr>
        <w:t>Zinssatz (p.a.) : _________________ %</w:t>
      </w:r>
    </w:p>
    <w:p>
      <w:r>
        <w:rPr>
          <w:b w:val="0"/>
          <w:sz w:val="20"/>
        </w:rPr>
        <w:t>Laufzeit in Monaten : _________________</w:t>
      </w:r>
    </w:p>
    <w:p/>
    <w:p>
      <w:r>
        <w:rPr>
          <w:b/>
          <w:sz w:val="20"/>
        </w:rPr>
        <w:t>Rückzahlungsmodalitäten:</w:t>
      </w:r>
    </w:p>
    <w:p>
      <w:r>
        <w:rPr>
          <w:b w:val="0"/>
          <w:sz w:val="20"/>
        </w:rPr>
        <w:t>Die Rückzahlung erfolgt in monatlichen Raten in Höhe von ______________ EUR.</w:t>
      </w:r>
    </w:p>
    <w:p>
      <w:r>
        <w:rPr>
          <w:b w:val="0"/>
          <w:sz w:val="20"/>
        </w:rPr>
        <w:t>Die erste Rate ist fällig am : ____________________________</w:t>
      </w:r>
    </w:p>
    <w:p>
      <w:r>
        <w:rPr>
          <w:b w:val="0"/>
          <w:sz w:val="20"/>
        </w:rPr>
        <w:t>Zahlungsweise : _________________________________________________________</w:t>
      </w:r>
    </w:p>
    <w:p/>
    <w:p>
      <w:r>
        <w:rPr>
          <w:b/>
          <w:sz w:val="20"/>
        </w:rPr>
        <w:t>Tilgungsplan: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Raten-Nr.</w:t>
            </w:r>
          </w:p>
        </w:tc>
        <w:tc>
          <w:tcPr>
            <w:tcW w:type="dxa" w:w="2493"/>
          </w:tcPr>
          <w:p>
            <w:r>
              <w:t>Fälligkeit</w:t>
            </w:r>
          </w:p>
        </w:tc>
        <w:tc>
          <w:tcPr>
            <w:tcW w:type="dxa" w:w="2493"/>
          </w:tcPr>
          <w:p>
            <w:r>
              <w:t>Rate (EUR)</w:t>
            </w:r>
          </w:p>
        </w:tc>
        <w:tc>
          <w:tcPr>
            <w:tcW w:type="dxa" w:w="2493"/>
          </w:tcPr>
          <w:p>
            <w:r>
              <w:t>Restschuld (EUR)</w:t>
            </w:r>
          </w:p>
        </w:tc>
      </w:tr>
      <w:tr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  <w:tc>
          <w:tcPr>
            <w:tcW w:type="dxa" w:w="2493"/>
          </w:tcPr>
          <w:p>
            <w:r>
              <w:t>________________________________________________</w:t>
            </w:r>
          </w:p>
        </w:tc>
      </w:tr>
    </w:tbl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Gegenstand dieses Vertrages ist die Rückzahlung des genannten Darlehens gemäß dem vereinbarten Tilgungsplan.</w:t>
      </w:r>
    </w:p>
    <w:p/>
    <w:p>
      <w:r>
        <w:rPr>
          <w:b/>
          <w:sz w:val="20"/>
        </w:rPr>
        <w:t>§ 2 – Fälligkeit der Raten</w:t>
      </w:r>
    </w:p>
    <w:p>
      <w:r>
        <w:rPr>
          <w:b w:val="0"/>
          <w:sz w:val="20"/>
        </w:rPr>
        <w:t>Die Raten sind zum jeweils angegebenen Fälligkeitsdatum ohne weitere Aufforderung zu zahlen.</w:t>
      </w:r>
    </w:p>
    <w:p/>
    <w:p>
      <w:r>
        <w:rPr>
          <w:b/>
          <w:sz w:val="20"/>
        </w:rPr>
        <w:t>§ 3 – Verzugsfolgen</w:t>
      </w:r>
    </w:p>
    <w:p>
      <w:r>
        <w:rPr>
          <w:b w:val="0"/>
          <w:sz w:val="20"/>
        </w:rPr>
        <w:t>Bei Zahlungsverzug ist der Darlehensgeber berechtigt, Verzugszinsen in gesetzlicher Höhe zu verlangen und weitere rechtliche Schritte einzuleiten.</w:t>
      </w:r>
    </w:p>
    <w:p/>
    <w:p>
      <w:r>
        <w:rPr>
          <w:b/>
          <w:sz w:val="20"/>
        </w:rPr>
        <w:t>§ 4 – Vorzeitige Rückzahlung</w:t>
      </w:r>
    </w:p>
    <w:p>
      <w:r>
        <w:rPr>
          <w:b w:val="0"/>
          <w:sz w:val="20"/>
        </w:rPr>
        <w:t>Der Darlehensnehmer ist berechtigt, jederzeit vorzeitig ohne zusätzliche Kosten ganz oder teilweise zurückzuzahlen.</w:t>
      </w:r>
    </w:p>
    <w:p/>
    <w:p>
      <w:r>
        <w:rPr>
          <w:b/>
          <w:sz w:val="20"/>
        </w:rPr>
        <w:t>§ 5 – Sonstige Vereinbarungen</w:t>
      </w:r>
    </w:p>
    <w:p>
      <w:r>
        <w:rPr>
          <w:b w:val="0"/>
          <w:sz w:val="20"/>
        </w:rPr>
        <w:t>Alle Änderungen und Ergänzungen dieses Vertrages bedürfen der Schriftform.</w:t>
      </w:r>
    </w:p>
    <w:p/>
    <w:p>
      <w:r>
        <w:rPr>
          <w:b/>
          <w:sz w:val="20"/>
        </w:rPr>
        <w:t>§ 6 – Gerichtsstand</w:t>
      </w:r>
    </w:p>
    <w:p>
      <w:r>
        <w:rPr>
          <w:b w:val="0"/>
          <w:sz w:val="20"/>
        </w:rPr>
        <w:t>Gerichtsstand für alle Streitigkeiten aus diesem Vertrag ist der Wohnsitz des Darlehensgebers, soweit gesetzlich zulässig.</w:t>
      </w:r>
    </w:p>
    <w:p/>
    <w:p/>
    <w:p>
      <w:r>
        <w:rPr>
          <w:b w:val="0"/>
          <w:sz w:val="20"/>
        </w:rPr>
        <w:t>Ort : ___________________________________________________    Datum 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DARLEHENSGEBER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DARLEHENSNEHMER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https://musterklar.com/ruckzahlungsplan-vorlage/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uckzahlungsplan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