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SCHUFA-EINWILLIGUNGSERKLÄRUNG</w:t>
      </w:r>
    </w:p>
    <w:p/>
    <w:p>
      <w:r>
        <w:rPr>
          <w:b/>
          <w:sz w:val="20"/>
        </w:rPr>
        <w:t>Hiermit erkläre ich meine Einwilligung zur Übermittlung und Speicherung meiner personenbezogenen Daten durch die SCHUFA Holding AG im Rahmen der Bonitätsprüfung.</w:t>
      </w:r>
    </w:p>
    <w:p/>
    <w:p>
      <w:r>
        <w:rPr>
          <w:b/>
          <w:sz w:val="20"/>
        </w:rPr>
        <w:t>Angaben zur einwilligenden Person:</w:t>
      </w:r>
    </w:p>
    <w:p>
      <w:r>
        <w:rPr>
          <w:b w:val="0"/>
          <w:sz w:val="20"/>
        </w:rPr>
        <w:t>Vor- und Nachname : ___________________________________________________</w:t>
      </w:r>
    </w:p>
    <w:p>
      <w:r>
        <w:rPr>
          <w:b w:val="0"/>
          <w:sz w:val="20"/>
        </w:rPr>
        <w:t>Geburtsdatum : _______________________________________________________</w:t>
      </w:r>
    </w:p>
    <w:p>
      <w:r>
        <w:rPr>
          <w:b w:val="0"/>
          <w:sz w:val="20"/>
        </w:rPr>
        <w:t>Anschrift : __________________________________________________________</w:t>
      </w:r>
    </w:p>
    <w:p>
      <w:r>
        <w:rPr>
          <w:b w:val="0"/>
          <w:sz w:val="20"/>
        </w:rPr>
        <w:t>Telefonnummer : ______________________________________________________</w:t>
      </w:r>
    </w:p>
    <w:p/>
    <w:p>
      <w:r>
        <w:rPr>
          <w:b/>
          <w:sz w:val="20"/>
        </w:rPr>
        <w:t>Zweck der Datenverarbeitung:</w:t>
      </w:r>
    </w:p>
    <w:p>
      <w:r>
        <w:rPr>
          <w:b w:val="0"/>
          <w:sz w:val="20"/>
        </w:rPr>
        <w:t>Die SCHUFA wird durch die von mir benannte Firma oder Institution zur Überprüfung meiner Kreditwürdigkeit und zur Verhinderung von Zahlungsausfällen beauftragt.</w:t>
      </w:r>
    </w:p>
    <w:p/>
    <w:p>
      <w:r>
        <w:rPr>
          <w:b/>
          <w:sz w:val="20"/>
        </w:rPr>
        <w:t>Umfang der Datenübermittlung:</w:t>
      </w:r>
    </w:p>
    <w:p>
      <w:r>
        <w:rPr>
          <w:b w:val="0"/>
          <w:sz w:val="20"/>
        </w:rPr>
        <w:t>Die SCHUFA darf meine Daten ausschließlich in dem für die Bonitätsprüfung erforderlichen Umfang verarbeiten und an die beauftragende Stelle übermitteln.</w:t>
      </w:r>
    </w:p>
    <w:p/>
    <w:p>
      <w:r>
        <w:rPr>
          <w:b/>
          <w:sz w:val="20"/>
        </w:rPr>
        <w:t>Dauer und Widerruf der Einwilligung:</w:t>
      </w:r>
    </w:p>
    <w:p>
      <w:r>
        <w:rPr>
          <w:b w:val="0"/>
          <w:sz w:val="20"/>
        </w:rPr>
        <w:t>Diese Einwilligung gilt bis auf Widerruf. Ich kann die Einwilligung jederzeit ohne Angabe von Gründen mit Wirkung für die Zukunft widerrufen.</w:t>
      </w:r>
    </w:p>
    <w:p/>
    <w:p>
      <w:r>
        <w:rPr>
          <w:b/>
          <w:sz w:val="20"/>
        </w:rPr>
        <w:t>Hinweis auf Datenschutzrechte:</w:t>
      </w:r>
    </w:p>
    <w:p>
      <w:r>
        <w:rPr>
          <w:b w:val="0"/>
          <w:sz w:val="20"/>
        </w:rPr>
        <w:t>Ich wurde darüber informiert, dass ich das Recht habe, Auskunft über die zu meiner Person gespeicherten Daten zu verlangen, sowie das Recht auf Berichtigung, Sperrung oder Löschung dieser Daten, sofern dem keine gesetzlichen Aufbewahrungspflichten entgegenstehen.</w:t>
      </w:r>
    </w:p>
    <w:p/>
    <w:p/>
    <w:p>
      <w:r>
        <w:rPr>
          <w:b w:val="0"/>
          <w:sz w:val="20"/>
        </w:rPr>
        <w:t>Ort : ____________________________    Unterschrift : 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Einwilligende Person</w:t>
            </w:r>
          </w:p>
        </w:tc>
        <w:tc>
          <w:tcPr>
            <w:tcW w:type="dxa" w:w="4986"/>
            <w:tcBorders>
              <w:top w:val="nil"/>
              <w:left w:val="nil"/>
              <w:bottom w:val="nil"/>
              <w:right w:val="nil"/>
              <w:insideH w:val="nil"/>
              <w:insideV w:val="nil"/>
            </w:tcBorders>
          </w:tcPr>
          <w:p>
            <w:pPr>
              <w:jc w:val="center"/>
            </w:pPr>
            <w:r>
              <w:t>Vertreter der Firma/Institution</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https://musterklar.com/schufa-einwilligungserklarung/</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klar.com/schufa-einwilligungserklarung/" TargetMode="External"/><Relationship Id="rId10" Type="http://schemas.openxmlformats.org/officeDocument/2006/relationships/hyperlink" Target="https://muster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