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BESTÄTIGUNG ÜBER SOZIALSTUNDEN</w:t>
      </w:r>
    </w:p>
    <w:p/>
    <w:p>
      <w:r>
        <w:rPr>
          <w:b/>
          <w:sz w:val="20"/>
        </w:rPr>
        <w:t>Angaben zur Person :</w:t>
      </w:r>
    </w:p>
    <w:p>
      <w:r>
        <w:rPr>
          <w:b w:val="0"/>
          <w:sz w:val="20"/>
        </w:rPr>
        <w:t>Vor- und Nachname : ______________________________________________________________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_________________________________________________________________</w:t>
      </w:r>
    </w:p>
    <w:p/>
    <w:p>
      <w:r>
        <w:rPr>
          <w:b/>
          <w:sz w:val="20"/>
        </w:rPr>
        <w:t>Angaben zur Einsatzstelle :</w:t>
      </w:r>
    </w:p>
    <w:p>
      <w:r>
        <w:rPr>
          <w:b w:val="0"/>
          <w:sz w:val="20"/>
        </w:rPr>
        <w:t>Name der Einrichtung : ___________________________________________________________</w:t>
      </w:r>
    </w:p>
    <w:p>
      <w:r>
        <w:rPr>
          <w:b w:val="0"/>
          <w:sz w:val="20"/>
        </w:rPr>
        <w:t>Anschrift der Einrichtung : ______________________________________________________</w:t>
      </w:r>
    </w:p>
    <w:p>
      <w:r>
        <w:rPr>
          <w:b w:val="0"/>
          <w:sz w:val="20"/>
        </w:rPr>
        <w:t>Betreuer/in : __________________________________________________________________</w:t>
      </w:r>
    </w:p>
    <w:p>
      <w:r>
        <w:rPr>
          <w:b w:val="0"/>
          <w:sz w:val="20"/>
        </w:rPr>
        <w:t>Telefonnummer Betreuer/in : _______________________________________________________</w:t>
      </w:r>
    </w:p>
    <w:p/>
    <w:p>
      <w:r>
        <w:rPr>
          <w:b/>
          <w:sz w:val="20"/>
        </w:rPr>
        <w:t>Nachweis der geleisteten Sozialstunden :</w:t>
      </w:r>
    </w:p>
    <w:p>
      <w:r>
        <w:rPr>
          <w:b w:val="0"/>
          <w:sz w:val="20"/>
        </w:rPr>
        <w:t>Zeitraum : ______________________________________________________________</w:t>
      </w:r>
    </w:p>
    <w:p>
      <w:r>
        <w:rPr>
          <w:b w:val="0"/>
          <w:sz w:val="20"/>
        </w:rPr>
        <w:t>Gesamtstundenzahl : ______________ Stunden</w:t>
      </w:r>
    </w:p>
    <w:p>
      <w:r>
        <w:rPr>
          <w:b w:val="0"/>
          <w:sz w:val="20"/>
        </w:rPr>
        <w:t>Tätigkeitsbeschreibung : 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/>
          <w:sz w:val="20"/>
        </w:rPr>
        <w:t>Erklärung :</w:t>
      </w:r>
    </w:p>
    <w:p>
      <w:r>
        <w:rPr>
          <w:b w:val="0"/>
          <w:sz w:val="20"/>
        </w:rPr>
        <w:t>Hiermit wird bestätigt, dass die oben genannte Person die angegebenen Sozialstunden in der genannten Einrichtung geleistet hat. Die Angaben sind nach bestem Wissen und Gewissen korrekt.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Einsatzstelle / Betreuer/in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https://musterklar.com/sozialstunden-zettel/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sozialstunden-zettel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