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TELEFONLISTE</w:t>
      </w:r>
    </w:p>
    <w:p/>
    <w:p/>
    <w:p>
      <w:r>
        <w:rPr>
          <w:b w:val="0"/>
          <w:sz w:val="20"/>
        </w:rPr>
        <w:t>Diese Telefonliste dient der schnellen und übersichtlichen Erfassung wichtiger Kontakte innerhalb der Organisation.</w:t>
      </w:r>
    </w:p>
    <w:p/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493"/>
        <w:gridCol w:w="2493"/>
        <w:gridCol w:w="2493"/>
        <w:gridCol w:w="2493"/>
      </w:tblGrid>
      <w:tr>
        <w:tc>
          <w:tcPr>
            <w:tcW w:type="dxa" w:w="2493"/>
          </w:tcPr>
          <w:p>
            <w:pPr>
              <w:jc w:val="center"/>
            </w:pPr>
            <w:r>
              <w:rPr>
                <w:b/>
                <w:sz w:val="20"/>
              </w:rPr>
              <w:t>Name</w:t>
            </w:r>
          </w:p>
        </w:tc>
        <w:tc>
          <w:tcPr>
            <w:tcW w:type="dxa" w:w="2493"/>
          </w:tcPr>
          <w:p>
            <w:pPr>
              <w:jc w:val="center"/>
            </w:pPr>
            <w:r>
              <w:rPr>
                <w:b/>
                <w:sz w:val="20"/>
              </w:rPr>
              <w:t>Abteilung</w:t>
            </w:r>
          </w:p>
        </w:tc>
        <w:tc>
          <w:tcPr>
            <w:tcW w:type="dxa" w:w="2493"/>
          </w:tcPr>
          <w:p>
            <w:pPr>
              <w:jc w:val="center"/>
            </w:pPr>
            <w:r>
              <w:rPr>
                <w:b/>
                <w:sz w:val="20"/>
              </w:rPr>
              <w:t>Telefonnummer</w:t>
            </w:r>
          </w:p>
        </w:tc>
        <w:tc>
          <w:tcPr>
            <w:tcW w:type="dxa" w:w="2493"/>
          </w:tcPr>
          <w:p>
            <w:pPr>
              <w:jc w:val="center"/>
            </w:pPr>
            <w:r>
              <w:rPr>
                <w:b/>
                <w:sz w:val="20"/>
              </w:rPr>
              <w:t>E-Mail-Adresse</w:t>
            </w:r>
          </w:p>
        </w:tc>
      </w:tr>
      <w:tr>
        <w:tc>
          <w:tcPr>
            <w:tcW w:type="dxa" w:w="2493"/>
          </w:tcPr>
          <w:p>
            <w:pPr>
              <w:jc w:val="left"/>
            </w:pPr>
            <w:r>
              <w:rPr>
                <w:sz w:val="20"/>
              </w:rPr>
              <w:t>_________________________________</w:t>
            </w:r>
          </w:p>
        </w:tc>
        <w:tc>
          <w:tcPr>
            <w:tcW w:type="dxa" w:w="2493"/>
          </w:tcPr>
          <w:p>
            <w:pPr>
              <w:jc w:val="left"/>
            </w:pPr>
            <w:r>
              <w:rPr>
                <w:sz w:val="20"/>
              </w:rPr>
              <w:t>_________________________________</w:t>
            </w:r>
          </w:p>
        </w:tc>
        <w:tc>
          <w:tcPr>
            <w:tcW w:type="dxa" w:w="2493"/>
          </w:tcPr>
          <w:p>
            <w:pPr>
              <w:jc w:val="left"/>
            </w:pPr>
            <w:r>
              <w:rPr>
                <w:sz w:val="20"/>
              </w:rPr>
              <w:t>_________________________________</w:t>
            </w:r>
          </w:p>
        </w:tc>
        <w:tc>
          <w:tcPr>
            <w:tcW w:type="dxa" w:w="2493"/>
          </w:tcPr>
          <w:p>
            <w:pPr>
              <w:jc w:val="left"/>
            </w:pPr>
            <w:r>
              <w:rPr>
                <w:sz w:val="20"/>
              </w:rPr>
              <w:t>_________________________________</w:t>
            </w:r>
          </w:p>
        </w:tc>
      </w:tr>
      <w:tr>
        <w:tc>
          <w:tcPr>
            <w:tcW w:type="dxa" w:w="2493"/>
          </w:tcPr>
          <w:p>
            <w:pPr>
              <w:jc w:val="left"/>
            </w:pPr>
            <w:r>
              <w:rPr>
                <w:sz w:val="20"/>
              </w:rPr>
              <w:t>_________________________________</w:t>
            </w:r>
          </w:p>
        </w:tc>
        <w:tc>
          <w:tcPr>
            <w:tcW w:type="dxa" w:w="2493"/>
          </w:tcPr>
          <w:p>
            <w:pPr>
              <w:jc w:val="left"/>
            </w:pPr>
            <w:r>
              <w:rPr>
                <w:sz w:val="20"/>
              </w:rPr>
              <w:t>_________________________________</w:t>
            </w:r>
          </w:p>
        </w:tc>
        <w:tc>
          <w:tcPr>
            <w:tcW w:type="dxa" w:w="2493"/>
          </w:tcPr>
          <w:p>
            <w:pPr>
              <w:jc w:val="left"/>
            </w:pPr>
            <w:r>
              <w:rPr>
                <w:sz w:val="20"/>
              </w:rPr>
              <w:t>_________________________________</w:t>
            </w:r>
          </w:p>
        </w:tc>
        <w:tc>
          <w:tcPr>
            <w:tcW w:type="dxa" w:w="2493"/>
          </w:tcPr>
          <w:p>
            <w:pPr>
              <w:jc w:val="left"/>
            </w:pPr>
            <w:r>
              <w:rPr>
                <w:sz w:val="20"/>
              </w:rPr>
              <w:t>_________________________________</w:t>
            </w:r>
          </w:p>
        </w:tc>
      </w:tr>
      <w:tr>
        <w:tc>
          <w:tcPr>
            <w:tcW w:type="dxa" w:w="2493"/>
          </w:tcPr>
          <w:p>
            <w:pPr>
              <w:jc w:val="left"/>
            </w:pPr>
            <w:r>
              <w:rPr>
                <w:sz w:val="20"/>
              </w:rPr>
              <w:t>_________________________________</w:t>
            </w:r>
          </w:p>
        </w:tc>
        <w:tc>
          <w:tcPr>
            <w:tcW w:type="dxa" w:w="2493"/>
          </w:tcPr>
          <w:p>
            <w:pPr>
              <w:jc w:val="left"/>
            </w:pPr>
            <w:r>
              <w:rPr>
                <w:sz w:val="20"/>
              </w:rPr>
              <w:t>_________________________________</w:t>
            </w:r>
          </w:p>
        </w:tc>
        <w:tc>
          <w:tcPr>
            <w:tcW w:type="dxa" w:w="2493"/>
          </w:tcPr>
          <w:p>
            <w:pPr>
              <w:jc w:val="left"/>
            </w:pPr>
            <w:r>
              <w:rPr>
                <w:sz w:val="20"/>
              </w:rPr>
              <w:t>_________________________________</w:t>
            </w:r>
          </w:p>
        </w:tc>
        <w:tc>
          <w:tcPr>
            <w:tcW w:type="dxa" w:w="2493"/>
          </w:tcPr>
          <w:p>
            <w:pPr>
              <w:jc w:val="left"/>
            </w:pPr>
            <w:r>
              <w:rPr>
                <w:sz w:val="20"/>
              </w:rPr>
              <w:t>_________________________________</w:t>
            </w:r>
          </w:p>
        </w:tc>
      </w:tr>
      <w:tr>
        <w:tc>
          <w:tcPr>
            <w:tcW w:type="dxa" w:w="2493"/>
          </w:tcPr>
          <w:p>
            <w:pPr>
              <w:jc w:val="left"/>
            </w:pPr>
            <w:r>
              <w:rPr>
                <w:sz w:val="20"/>
              </w:rPr>
              <w:t>_________________________________</w:t>
            </w:r>
          </w:p>
        </w:tc>
        <w:tc>
          <w:tcPr>
            <w:tcW w:type="dxa" w:w="2493"/>
          </w:tcPr>
          <w:p>
            <w:pPr>
              <w:jc w:val="left"/>
            </w:pPr>
            <w:r>
              <w:rPr>
                <w:sz w:val="20"/>
              </w:rPr>
              <w:t>_________________________________</w:t>
            </w:r>
          </w:p>
        </w:tc>
        <w:tc>
          <w:tcPr>
            <w:tcW w:type="dxa" w:w="2493"/>
          </w:tcPr>
          <w:p>
            <w:pPr>
              <w:jc w:val="left"/>
            </w:pPr>
            <w:r>
              <w:rPr>
                <w:sz w:val="20"/>
              </w:rPr>
              <w:t>_________________________________</w:t>
            </w:r>
          </w:p>
        </w:tc>
        <w:tc>
          <w:tcPr>
            <w:tcW w:type="dxa" w:w="2493"/>
          </w:tcPr>
          <w:p>
            <w:pPr>
              <w:jc w:val="left"/>
            </w:pPr>
            <w:r>
              <w:rPr>
                <w:sz w:val="20"/>
              </w:rPr>
              <w:t>_________________________________</w:t>
            </w:r>
          </w:p>
        </w:tc>
      </w:tr>
      <w:tr>
        <w:tc>
          <w:tcPr>
            <w:tcW w:type="dxa" w:w="2493"/>
          </w:tcPr>
          <w:p>
            <w:pPr>
              <w:jc w:val="left"/>
            </w:pPr>
            <w:r>
              <w:rPr>
                <w:sz w:val="20"/>
              </w:rPr>
              <w:t>_________________________________</w:t>
            </w:r>
          </w:p>
        </w:tc>
        <w:tc>
          <w:tcPr>
            <w:tcW w:type="dxa" w:w="2493"/>
          </w:tcPr>
          <w:p>
            <w:pPr>
              <w:jc w:val="left"/>
            </w:pPr>
            <w:r>
              <w:rPr>
                <w:sz w:val="20"/>
              </w:rPr>
              <w:t>_________________________________</w:t>
            </w:r>
          </w:p>
        </w:tc>
        <w:tc>
          <w:tcPr>
            <w:tcW w:type="dxa" w:w="2493"/>
          </w:tcPr>
          <w:p>
            <w:pPr>
              <w:jc w:val="left"/>
            </w:pPr>
            <w:r>
              <w:rPr>
                <w:sz w:val="20"/>
              </w:rPr>
              <w:t>_________________________________</w:t>
            </w:r>
          </w:p>
        </w:tc>
        <w:tc>
          <w:tcPr>
            <w:tcW w:type="dxa" w:w="2493"/>
          </w:tcPr>
          <w:p>
            <w:pPr>
              <w:jc w:val="left"/>
            </w:pPr>
            <w:r>
              <w:rPr>
                <w:sz w:val="20"/>
              </w:rPr>
              <w:t>_________________________________</w:t>
            </w:r>
          </w:p>
        </w:tc>
      </w:tr>
      <w:tr>
        <w:tc>
          <w:tcPr>
            <w:tcW w:type="dxa" w:w="2493"/>
          </w:tcPr>
          <w:p>
            <w:pPr>
              <w:jc w:val="left"/>
            </w:pPr>
            <w:r>
              <w:rPr>
                <w:sz w:val="20"/>
              </w:rPr>
              <w:t>_________________________________</w:t>
            </w:r>
          </w:p>
        </w:tc>
        <w:tc>
          <w:tcPr>
            <w:tcW w:type="dxa" w:w="2493"/>
          </w:tcPr>
          <w:p>
            <w:pPr>
              <w:jc w:val="left"/>
            </w:pPr>
            <w:r>
              <w:rPr>
                <w:sz w:val="20"/>
              </w:rPr>
              <w:t>_________________________________</w:t>
            </w:r>
          </w:p>
        </w:tc>
        <w:tc>
          <w:tcPr>
            <w:tcW w:type="dxa" w:w="2493"/>
          </w:tcPr>
          <w:p>
            <w:pPr>
              <w:jc w:val="left"/>
            </w:pPr>
            <w:r>
              <w:rPr>
                <w:sz w:val="20"/>
              </w:rPr>
              <w:t>_________________________________</w:t>
            </w:r>
          </w:p>
        </w:tc>
        <w:tc>
          <w:tcPr>
            <w:tcW w:type="dxa" w:w="2493"/>
          </w:tcPr>
          <w:p>
            <w:pPr>
              <w:jc w:val="left"/>
            </w:pPr>
            <w:r>
              <w:rPr>
                <w:sz w:val="20"/>
              </w:rPr>
              <w:t>_________________________________</w:t>
            </w:r>
          </w:p>
        </w:tc>
      </w:tr>
      <w:tr>
        <w:tc>
          <w:tcPr>
            <w:tcW w:type="dxa" w:w="2493"/>
          </w:tcPr>
          <w:p>
            <w:pPr>
              <w:jc w:val="left"/>
            </w:pPr>
            <w:r>
              <w:rPr>
                <w:sz w:val="20"/>
              </w:rPr>
              <w:t>_________________________________</w:t>
            </w:r>
          </w:p>
        </w:tc>
        <w:tc>
          <w:tcPr>
            <w:tcW w:type="dxa" w:w="2493"/>
          </w:tcPr>
          <w:p>
            <w:pPr>
              <w:jc w:val="left"/>
            </w:pPr>
            <w:r>
              <w:rPr>
                <w:sz w:val="20"/>
              </w:rPr>
              <w:t>_________________________________</w:t>
            </w:r>
          </w:p>
        </w:tc>
        <w:tc>
          <w:tcPr>
            <w:tcW w:type="dxa" w:w="2493"/>
          </w:tcPr>
          <w:p>
            <w:pPr>
              <w:jc w:val="left"/>
            </w:pPr>
            <w:r>
              <w:rPr>
                <w:sz w:val="20"/>
              </w:rPr>
              <w:t>_________________________________</w:t>
            </w:r>
          </w:p>
        </w:tc>
        <w:tc>
          <w:tcPr>
            <w:tcW w:type="dxa" w:w="2493"/>
          </w:tcPr>
          <w:p>
            <w:pPr>
              <w:jc w:val="left"/>
            </w:pPr>
            <w:r>
              <w:rPr>
                <w:sz w:val="20"/>
              </w:rPr>
              <w:t>_________________________________</w:t>
            </w:r>
          </w:p>
        </w:tc>
      </w:tr>
      <w:tr>
        <w:tc>
          <w:tcPr>
            <w:tcW w:type="dxa" w:w="2493"/>
          </w:tcPr>
          <w:p>
            <w:pPr>
              <w:jc w:val="left"/>
            </w:pPr>
            <w:r>
              <w:rPr>
                <w:sz w:val="20"/>
              </w:rPr>
              <w:t>_________________________________</w:t>
            </w:r>
          </w:p>
        </w:tc>
        <w:tc>
          <w:tcPr>
            <w:tcW w:type="dxa" w:w="2493"/>
          </w:tcPr>
          <w:p>
            <w:pPr>
              <w:jc w:val="left"/>
            </w:pPr>
            <w:r>
              <w:rPr>
                <w:sz w:val="20"/>
              </w:rPr>
              <w:t>_________________________________</w:t>
            </w:r>
          </w:p>
        </w:tc>
        <w:tc>
          <w:tcPr>
            <w:tcW w:type="dxa" w:w="2493"/>
          </w:tcPr>
          <w:p>
            <w:pPr>
              <w:jc w:val="left"/>
            </w:pPr>
            <w:r>
              <w:rPr>
                <w:sz w:val="20"/>
              </w:rPr>
              <w:t>_________________________________</w:t>
            </w:r>
          </w:p>
        </w:tc>
        <w:tc>
          <w:tcPr>
            <w:tcW w:type="dxa" w:w="2493"/>
          </w:tcPr>
          <w:p>
            <w:pPr>
              <w:jc w:val="left"/>
            </w:pPr>
            <w:r>
              <w:rPr>
                <w:sz w:val="20"/>
              </w:rPr>
              <w:t>_________________________________</w:t>
            </w:r>
          </w:p>
        </w:tc>
      </w:tr>
      <w:tr>
        <w:tc>
          <w:tcPr>
            <w:tcW w:type="dxa" w:w="2493"/>
          </w:tcPr>
          <w:p>
            <w:pPr>
              <w:jc w:val="left"/>
            </w:pPr>
            <w:r>
              <w:rPr>
                <w:sz w:val="20"/>
              </w:rPr>
              <w:t>_________________________________</w:t>
            </w:r>
          </w:p>
        </w:tc>
        <w:tc>
          <w:tcPr>
            <w:tcW w:type="dxa" w:w="2493"/>
          </w:tcPr>
          <w:p>
            <w:pPr>
              <w:jc w:val="left"/>
            </w:pPr>
            <w:r>
              <w:rPr>
                <w:sz w:val="20"/>
              </w:rPr>
              <w:t>_________________________________</w:t>
            </w:r>
          </w:p>
        </w:tc>
        <w:tc>
          <w:tcPr>
            <w:tcW w:type="dxa" w:w="2493"/>
          </w:tcPr>
          <w:p>
            <w:pPr>
              <w:jc w:val="left"/>
            </w:pPr>
            <w:r>
              <w:rPr>
                <w:sz w:val="20"/>
              </w:rPr>
              <w:t>_________________________________</w:t>
            </w:r>
          </w:p>
        </w:tc>
        <w:tc>
          <w:tcPr>
            <w:tcW w:type="dxa" w:w="2493"/>
          </w:tcPr>
          <w:p>
            <w:pPr>
              <w:jc w:val="left"/>
            </w:pPr>
            <w:r>
              <w:rPr>
                <w:sz w:val="20"/>
              </w:rPr>
              <w:t>_________________________________</w:t>
            </w:r>
          </w:p>
        </w:tc>
      </w:tr>
      <w:tr>
        <w:tc>
          <w:tcPr>
            <w:tcW w:type="dxa" w:w="2493"/>
          </w:tcPr>
          <w:p>
            <w:pPr>
              <w:jc w:val="left"/>
            </w:pPr>
            <w:r>
              <w:rPr>
                <w:sz w:val="20"/>
              </w:rPr>
              <w:t>_________________________________</w:t>
            </w:r>
          </w:p>
        </w:tc>
        <w:tc>
          <w:tcPr>
            <w:tcW w:type="dxa" w:w="2493"/>
          </w:tcPr>
          <w:p>
            <w:pPr>
              <w:jc w:val="left"/>
            </w:pPr>
            <w:r>
              <w:rPr>
                <w:sz w:val="20"/>
              </w:rPr>
              <w:t>_________________________________</w:t>
            </w:r>
          </w:p>
        </w:tc>
        <w:tc>
          <w:tcPr>
            <w:tcW w:type="dxa" w:w="2493"/>
          </w:tcPr>
          <w:p>
            <w:pPr>
              <w:jc w:val="left"/>
            </w:pPr>
            <w:r>
              <w:rPr>
                <w:sz w:val="20"/>
              </w:rPr>
              <w:t>_________________________________</w:t>
            </w:r>
          </w:p>
        </w:tc>
        <w:tc>
          <w:tcPr>
            <w:tcW w:type="dxa" w:w="2493"/>
          </w:tcPr>
          <w:p>
            <w:pPr>
              <w:jc w:val="left"/>
            </w:pPr>
            <w:r>
              <w:rPr>
                <w:sz w:val="20"/>
              </w:rPr>
              <w:t>_________________________________</w:t>
            </w:r>
          </w:p>
        </w:tc>
      </w:tr>
    </w:tbl>
    <w:p/>
    <w:p/>
    <w:p/>
    <w:p>
      <w:r>
        <w:rPr>
          <w:b w:val="0"/>
          <w:sz w:val="20"/>
        </w:rPr>
        <w:t>Hinweis: Die enthaltenen Daten sind vertraulich zu behandeln und dürfen nur für dienstliche Zwecke verwendet werden.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rPr>
                <w:b w:val="0"/>
                <w:sz w:val="20"/>
              </w:rPr>
              <w:t>Erstellt von: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rPr>
                <w:b w:val="0"/>
                <w:sz w:val="20"/>
              </w:rPr>
              <w:t>Genehmigt von: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rPr>
                <w:b w:val="0"/>
                <w:sz w:val="20"/>
              </w:rPr>
              <w:br/>
              <w:br/>
              <w:t>Unterschrift: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rPr>
                <w:b w:val="0"/>
                <w:sz w:val="20"/>
              </w:rPr>
              <w:br/>
              <w:br/>
              <w:t>Unterschrift: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https://musterklar.com/telefonliste-vorlage/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https://musterklar.com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musterklar.com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usterklar.com/telefonliste-vorlage/" TargetMode="External"/><Relationship Id="rId10" Type="http://schemas.openxmlformats.org/officeDocument/2006/relationships/hyperlink" Target="https://musterkla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