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TRAUERANZEIGE</w:t>
      </w:r>
    </w:p>
    <w:p/>
    <w:p/>
    <w:p>
      <w:pPr>
        <w:jc w:val="center"/>
      </w:pPr>
      <w:r>
        <w:rPr>
          <w:b w:val="0"/>
          <w:sz w:val="20"/>
        </w:rPr>
        <w:t>In tiefer Trauer geben wir bekannt, dass</w:t>
      </w:r>
    </w:p>
    <w:p/>
    <w:p>
      <w:pPr>
        <w:jc w:val="center"/>
      </w:pPr>
      <w:r>
        <w:rPr>
          <w:b/>
          <w:sz w:val="20"/>
        </w:rPr>
        <w:t>Herrn/Frau ____________________________________________</w:t>
      </w:r>
    </w:p>
    <w:p/>
    <w:p>
      <w:pPr>
        <w:jc w:val="center"/>
      </w:pPr>
      <w:r>
        <w:rPr>
          <w:b w:val="0"/>
          <w:sz w:val="20"/>
        </w:rPr>
        <w:t>geb. am ____________________    gest. am ____________________</w:t>
      </w:r>
    </w:p>
    <w:p/>
    <w:p/>
    <w:p>
      <w:pPr>
        <w:jc w:val="center"/>
      </w:pPr>
      <w:r>
        <w:rPr>
          <w:b w:val="0"/>
          <w:sz w:val="20"/>
        </w:rPr>
        <w:t>Plötzlich und unerwartet, doch in dankbarer Erinnerung, nehmen wir Abschied.</w:t>
      </w:r>
    </w:p>
    <w:p/>
    <w:p/>
    <w:p>
      <w:r>
        <w:rPr>
          <w:b/>
          <w:sz w:val="20"/>
        </w:rPr>
        <w:t>In Liebe und Dankbarkeit: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Die Trauerfeier mit anschließender Urnenbeisetzung findet im engsten Familienkreis statt.</w:t>
      </w:r>
    </w:p>
    <w:p/>
    <w:p/>
    <w:p>
      <w:pPr>
        <w:jc w:val="center"/>
      </w:pPr>
      <w:r>
        <w:rPr>
          <w:b w:val="0"/>
          <w:sz w:val="20"/>
        </w:rPr>
        <w:t>Wir bitten von Beileidsbekundungen am offenen Grab abzusehen.</w:t>
      </w:r>
    </w:p>
    <w:p/>
    <w:p/>
    <w:p/>
    <w:p>
      <w:r>
        <w:rPr>
          <w:b/>
          <w:sz w:val="20"/>
        </w:rPr>
        <w:t>Kondolenzanschrift:</w:t>
      </w:r>
    </w:p>
    <w:p>
      <w:r>
        <w:rPr>
          <w:b w:val="0"/>
          <w:sz w:val="20"/>
        </w:rPr>
        <w:t>Familie ________________________________________________</w:t>
      </w:r>
    </w:p>
    <w:p>
      <w:r>
        <w:rPr>
          <w:b w:val="0"/>
          <w:sz w:val="20"/>
        </w:rPr>
        <w:t>Straße und Hausnummer ____________________________________</w:t>
      </w:r>
    </w:p>
    <w:p>
      <w:r>
        <w:rPr>
          <w:b w:val="0"/>
          <w:sz w:val="20"/>
        </w:rPr>
        <w:t>PLZ und Ort _____________________________________________</w:t>
      </w:r>
    </w:p>
    <w:p>
      <w:r>
        <w:rPr>
          <w:b w:val="0"/>
          <w:sz w:val="20"/>
        </w:rPr>
        <w:t>Telefonnummer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Trauernde Angehörige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Bestattungsinstitut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Stempel/Unterschrift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https://musterklar.com/traueranzeige-vorlage/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traueranzeige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