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UNTERMIETBESCHEINIGUNG</w:t>
      </w:r>
    </w:p>
    <w:p/>
    <w:p>
      <w:r>
        <w:rPr>
          <w:b/>
          <w:sz w:val="20"/>
        </w:rPr>
        <w:t>Angaben des Untermieters: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des Hauptmieters: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zum Mietobjekt:</w:t>
      </w:r>
    </w:p>
    <w:p>
      <w:r>
        <w:rPr>
          <w:b w:val="0"/>
          <w:sz w:val="20"/>
        </w:rPr>
        <w:t>Adresse der Wohnung : _________________________________________________</w:t>
      </w:r>
    </w:p>
    <w:p>
      <w:r>
        <w:rPr>
          <w:b w:val="0"/>
          <w:sz w:val="20"/>
        </w:rPr>
        <w:t>Zimmeranzahl : _______________ Wohnfläche : _______________ m²</w:t>
      </w:r>
    </w:p>
    <w:p>
      <w:r>
        <w:rPr>
          <w:b w:val="0"/>
          <w:sz w:val="20"/>
        </w:rPr>
        <w:t>Kellerraum vorhanden : □ Ja    □ Nein</w:t>
      </w:r>
    </w:p>
    <w:p>
      <w:r>
        <w:rPr>
          <w:b w:val="0"/>
          <w:sz w:val="20"/>
        </w:rPr>
        <w:t>Sonstige Räume : _______________________________________________________</w:t>
      </w:r>
    </w:p>
    <w:p/>
    <w:p>
      <w:r>
        <w:rPr>
          <w:b/>
          <w:sz w:val="20"/>
        </w:rPr>
        <w:t>Untermietverhältnis:</w:t>
      </w:r>
    </w:p>
    <w:p>
      <w:r>
        <w:rPr>
          <w:b w:val="0"/>
          <w:sz w:val="20"/>
        </w:rPr>
        <w:t>Beginn des Untermietverhältnisses : _________________________________</w:t>
      </w:r>
    </w:p>
    <w:p>
      <w:r>
        <w:rPr>
          <w:b w:val="0"/>
          <w:sz w:val="20"/>
        </w:rPr>
        <w:t>Ende des Untermietverhältnisses : ____________________________________</w:t>
      </w:r>
    </w:p>
    <w:p>
      <w:r>
        <w:rPr>
          <w:b w:val="0"/>
          <w:sz w:val="20"/>
        </w:rPr>
        <w:t>Monatliche Untermiete (inkl. Nebenkosten) : ___________________________ EUR</w:t>
      </w:r>
    </w:p>
    <w:p/>
    <w:p>
      <w:r>
        <w:rPr>
          <w:b w:val="0"/>
          <w:sz w:val="20"/>
        </w:rPr>
        <w:t>Hiermit erklärt der Hauptmieter, dass er der Untermiete zustimmt. Die Miete wird weiterhin an den Vermieter gezahlt.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/>
    <w:p>
      <w:r>
        <w:rPr>
          <w:b w:val="0"/>
          <w:sz w:val="20"/>
        </w:rPr>
        <w:t>Ort der Ausstellung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HAUPTMIETER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https://musterklar.com/untermietbescheinigung/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untermietbescheinigun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