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VERLUSTMELDUNG FÜR SCHLÜSSEL</w:t>
      </w:r>
    </w:p>
    <w:p/>
    <w:p>
      <w:r>
        <w:rPr>
          <w:b/>
          <w:sz w:val="20"/>
        </w:rPr>
        <w:t>Angaben des Meldenden 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Anschrift : ____________________________________________________________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</w:t>
      </w:r>
    </w:p>
    <w:p>
      <w:r>
        <w:rPr>
          <w:b w:val="0"/>
          <w:sz w:val="20"/>
        </w:rPr>
        <w:t>E-Mail (optional) : ___________________________________________________</w:t>
      </w:r>
    </w:p>
    <w:p/>
    <w:p>
      <w:r>
        <w:rPr>
          <w:b/>
          <w:sz w:val="20"/>
        </w:rPr>
        <w:t>Beschreibung des verlorenen Schlüssels :</w:t>
      </w:r>
    </w:p>
    <w:p>
      <w:r>
        <w:rPr>
          <w:b w:val="0"/>
          <w:sz w:val="20"/>
        </w:rPr>
        <w:t>Art des Schlüssels : __________________________________________________</w:t>
      </w:r>
    </w:p>
    <w:p>
      <w:r>
        <w:rPr>
          <w:b w:val="0"/>
          <w:sz w:val="20"/>
        </w:rPr>
        <w:t>Marke/Bezeichnung (z.B. Wohnung, Auto) : _______________________________</w:t>
      </w:r>
    </w:p>
    <w:p>
      <w:r>
        <w:rPr>
          <w:b w:val="0"/>
          <w:sz w:val="20"/>
        </w:rPr>
        <w:t>Anzahl der verlorenen Schlüssel : ______________________________________</w:t>
      </w:r>
    </w:p>
    <w:p>
      <w:r>
        <w:rPr>
          <w:b w:val="0"/>
          <w:sz w:val="20"/>
        </w:rPr>
        <w:t>Besondere Merkmale : __________________________________________________</w:t>
      </w:r>
    </w:p>
    <w:p/>
    <w:p>
      <w:r>
        <w:rPr>
          <w:b/>
          <w:sz w:val="20"/>
        </w:rPr>
        <w:t>Umstände des Verlusts :</w:t>
      </w:r>
    </w:p>
    <w:p>
      <w:r>
        <w:rPr>
          <w:b w:val="0"/>
          <w:sz w:val="20"/>
        </w:rPr>
        <w:t>Ort des Verlusts : ____________________________________________________</w:t>
      </w:r>
    </w:p>
    <w:p>
      <w:r>
        <w:rPr>
          <w:b w:val="0"/>
          <w:sz w:val="20"/>
        </w:rPr>
        <w:t>Zeitpunkt des Verlusts : _______________________________________________</w:t>
      </w:r>
    </w:p>
    <w:p>
      <w:r>
        <w:rPr>
          <w:b w:val="0"/>
          <w:sz w:val="20"/>
        </w:rPr>
        <w:t>Sonstige Hinweise : ____________________________________________________</w:t>
      </w:r>
    </w:p>
    <w:p/>
    <w:p>
      <w:r>
        <w:rPr>
          <w:b/>
          <w:sz w:val="20"/>
        </w:rPr>
        <w:t>Erklärung des Meldenden :</w:t>
      </w:r>
    </w:p>
    <w:p>
      <w:r>
        <w:rPr>
          <w:b w:val="0"/>
          <w:sz w:val="20"/>
        </w:rPr>
        <w:t>Ich erkläre hiermit, dass der oben beschriebene Schlüssel verloren gegangen ist und dass ich alle zumutbaren Maßnahmen zur Suche unternommen habe.</w:t>
      </w:r>
    </w:p>
    <w:p>
      <w:r>
        <w:rPr>
          <w:b w:val="0"/>
          <w:sz w:val="20"/>
        </w:rPr>
        <w:t>Mit dieser Verlustmeldung übernehme ich keine Haftung für eventuell daraus resultierende Schäden.</w:t>
      </w:r>
    </w:p>
    <w:p/>
    <w:p>
      <w:r>
        <w:rPr>
          <w:b/>
          <w:sz w:val="20"/>
        </w:rPr>
        <w:t>Rechtsbelehrung :</w:t>
      </w:r>
    </w:p>
    <w:p>
      <w:r>
        <w:rPr>
          <w:b w:val="0"/>
          <w:sz w:val="20"/>
        </w:rPr>
        <w:t>Diese Verlustmeldung dient der Dokumentation des Verlusts und kann gegenüber Dritten als Nachweis verwendet werden.</w:t>
      </w:r>
    </w:p>
    <w:p>
      <w:r>
        <w:rPr>
          <w:b w:val="0"/>
          <w:sz w:val="20"/>
        </w:rPr>
        <w:t>Sollte der Schlüssel gefunden oder zurückgegeben werden, ist der Meldende verpflichtet, dies unverzüglich mitzuteilen.</w:t>
      </w:r>
    </w:p>
    <w:p/>
    <w:p/>
    <w:p>
      <w:r>
        <w:rPr>
          <w:b w:val="0"/>
          <w:sz w:val="20"/>
        </w:rPr>
        <w:t>Ort : _________________________________________________________________</w:t>
      </w:r>
    </w:p>
    <w:p>
      <w:r>
        <w:rPr>
          <w:b w:val="0"/>
          <w:sz w:val="20"/>
        </w:rPr>
        <w:t>Datum : _______________________________________________________________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Unterschrift des Meldenden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https://musterklar.com/verlustmeldung-schlussel-schreiben-muster/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klar.com/verlustmeldung-schlussel-schreiben-muster/" TargetMode="External"/><Relationship Id="rId10" Type="http://schemas.openxmlformats.org/officeDocument/2006/relationships/hyperlink" Target="https://muster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