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VERMÖGENSVERZEICHNIS</w:t>
      </w:r>
    </w:p>
    <w:p>
      <w:pPr>
        <w:jc w:val="center"/>
      </w:pPr>
      <w:r>
        <w:rPr>
          <w:b/>
          <w:sz w:val="20"/>
        </w:rPr>
        <w:t>im Rahmen der Betreuung</w:t>
      </w:r>
    </w:p>
    <w:p/>
    <w:p/>
    <w:p>
      <w:r>
        <w:rPr>
          <w:b/>
          <w:sz w:val="20"/>
        </w:rPr>
        <w:t>1. Persönliche Angaben der betreuten Person</w:t>
      </w:r>
    </w:p>
    <w:p>
      <w:r>
        <w:rPr>
          <w:b w:val="0"/>
          <w:sz w:val="20"/>
        </w:rPr>
        <w:t>Name, Vorname : _____________________________________________________________</w:t>
      </w:r>
    </w:p>
    <w:p>
      <w:r>
        <w:rPr>
          <w:b w:val="0"/>
          <w:sz w:val="20"/>
        </w:rPr>
        <w:t>Geburtsdatum : ______________________________________________________________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_____________________________________________________________</w:t>
      </w:r>
    </w:p>
    <w:p/>
    <w:p>
      <w:r>
        <w:rPr>
          <w:b/>
          <w:sz w:val="20"/>
        </w:rPr>
        <w:t>2. Angaben zum Betreuer / zur Betreuerin</w:t>
      </w:r>
    </w:p>
    <w:p>
      <w:r>
        <w:rPr>
          <w:b w:val="0"/>
          <w:sz w:val="20"/>
        </w:rPr>
        <w:t>Name, Vorname : _____________________________________________________________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_____________________________________________________________</w:t>
      </w:r>
    </w:p>
    <w:p/>
    <w:p>
      <w:r>
        <w:rPr>
          <w:b/>
          <w:sz w:val="20"/>
        </w:rPr>
        <w:t>3. Übersicht des Vermögens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r>
              <w:t>Vermögenswert</w:t>
            </w:r>
          </w:p>
        </w:tc>
        <w:tc>
          <w:tcPr>
            <w:tcW w:type="dxa" w:w="4986"/>
          </w:tcPr>
          <w:p>
            <w:r>
              <w:t>Beschreibung / Details</w:t>
            </w:r>
          </w:p>
        </w:tc>
      </w:tr>
      <w:tr>
        <w:tc>
          <w:tcPr>
            <w:tcW w:type="dxa" w:w="4986"/>
          </w:tcPr>
          <w:p>
            <w:r>
              <w:t>Bargeld und Bankguthaben</w:t>
            </w:r>
          </w:p>
        </w:tc>
        <w:tc>
          <w:tcPr>
            <w:tcW w:type="dxa" w:w="4986"/>
          </w:tcPr>
          <w:p>
            <w:r>
              <w:t>Bargeldbestand, Kontostände bei Banken, Sparkassen etc.</w:t>
            </w:r>
          </w:p>
        </w:tc>
      </w:tr>
      <w:tr>
        <w:tc>
          <w:tcPr>
            <w:tcW w:type="dxa" w:w="4986"/>
          </w:tcPr>
          <w:p>
            <w:r>
              <w:t>Wertpapiere</w:t>
            </w:r>
          </w:p>
        </w:tc>
        <w:tc>
          <w:tcPr>
            <w:tcW w:type="dxa" w:w="4986"/>
          </w:tcPr>
          <w:p>
            <w:r>
              <w:t>Aktien, Anleihen, Investmentfonds, Zertifikate</w:t>
            </w:r>
          </w:p>
        </w:tc>
      </w:tr>
      <w:tr>
        <w:tc>
          <w:tcPr>
            <w:tcW w:type="dxa" w:w="4986"/>
          </w:tcPr>
          <w:p>
            <w:r>
              <w:t>Immobilien</w:t>
            </w:r>
          </w:p>
        </w:tc>
        <w:tc>
          <w:tcPr>
            <w:tcW w:type="dxa" w:w="4986"/>
          </w:tcPr>
          <w:p>
            <w:r>
              <w:t>Eigentumswohnungen, Häuser, Grundstücke</w:t>
            </w:r>
          </w:p>
        </w:tc>
      </w:tr>
      <w:tr>
        <w:tc>
          <w:tcPr>
            <w:tcW w:type="dxa" w:w="4986"/>
          </w:tcPr>
          <w:p>
            <w:r>
              <w:t>Fahrzeuge</w:t>
            </w:r>
          </w:p>
        </w:tc>
        <w:tc>
          <w:tcPr>
            <w:tcW w:type="dxa" w:w="4986"/>
          </w:tcPr>
          <w:p>
            <w:r>
              <w:t>PKW, Motorräder, Boote</w:t>
            </w:r>
          </w:p>
        </w:tc>
      </w:tr>
      <w:tr>
        <w:tc>
          <w:tcPr>
            <w:tcW w:type="dxa" w:w="4986"/>
          </w:tcPr>
          <w:p>
            <w:r>
              <w:t>Sonstige Vermögenswerte</w:t>
            </w:r>
          </w:p>
        </w:tc>
        <w:tc>
          <w:tcPr>
            <w:tcW w:type="dxa" w:w="4986"/>
          </w:tcPr>
          <w:p>
            <w:r>
              <w:t>Versicherungen mit Rückkaufswert, Kunstgegenstände, Schmuck</w:t>
            </w:r>
          </w:p>
        </w:tc>
      </w:tr>
    </w:tbl>
    <w:p/>
    <w:p>
      <w:r>
        <w:rPr>
          <w:b/>
          <w:sz w:val="20"/>
        </w:rPr>
        <w:t>4. Schulden und Verbindlichkeiten</w:t>
      </w:r>
    </w:p>
    <w:p>
      <w:r>
        <w:rPr>
          <w:b w:val="0"/>
          <w:sz w:val="20"/>
        </w:rPr>
        <w:t>Bitte geben Sie alle bestehenden Verpflichtungen an (z.B. Kredite, Hypotheken, sonstige Verbindlichkeiten):</w:t>
      </w:r>
    </w:p>
    <w:p>
      <w:r>
        <w:rPr>
          <w:b w:val="0"/>
          <w:sz w:val="20"/>
        </w:rPr>
        <w:t>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</w:t>
      </w:r>
    </w:p>
    <w:p/>
    <w:p>
      <w:r>
        <w:rPr>
          <w:b/>
          <w:sz w:val="20"/>
        </w:rPr>
        <w:t>5. Angaben zu Versicherungen</w:t>
      </w:r>
    </w:p>
    <w:p>
      <w:r>
        <w:rPr>
          <w:b w:val="0"/>
          <w:sz w:val="20"/>
        </w:rPr>
        <w:t>Art der Versicherung, Vertragspartner, Vertragsnummer und eventueller Rückkaufswert:</w:t>
      </w:r>
    </w:p>
    <w:p>
      <w:r>
        <w:rPr>
          <w:b w:val="0"/>
          <w:sz w:val="20"/>
        </w:rPr>
        <w:t>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</w:t>
      </w:r>
    </w:p>
    <w:p/>
    <w:p>
      <w:r>
        <w:rPr>
          <w:b/>
          <w:sz w:val="20"/>
        </w:rPr>
        <w:t>6. Sonstige Angaben</w:t>
      </w:r>
    </w:p>
    <w:p>
      <w:r>
        <w:rPr>
          <w:b w:val="0"/>
          <w:sz w:val="20"/>
        </w:rPr>
        <w:t>Weitere Vermögenswerte oder Informationen, die für die Betreuung relevant sind:</w:t>
      </w:r>
    </w:p>
    <w:p>
      <w:r>
        <w:rPr>
          <w:b w:val="0"/>
          <w:sz w:val="20"/>
        </w:rPr>
        <w:t>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</w:t>
      </w:r>
    </w:p>
    <w:p/>
    <w:p/>
    <w:p>
      <w:r>
        <w:rPr>
          <w:b/>
          <w:sz w:val="20"/>
        </w:rPr>
        <w:t>Ich bestätige, dass die oben gemachten Angaben vollständig und wahrheitsgemäß sind.</w:t>
      </w:r>
    </w:p>
    <w:p/>
    <w:p/>
    <w:p>
      <w:r>
        <w:rPr>
          <w:b w:val="0"/>
          <w:sz w:val="20"/>
        </w:rPr>
        <w:t>Ort : _________________________________________________________</w:t>
      </w:r>
    </w:p>
    <w:p>
      <w:r>
        <w:rPr>
          <w:b w:val="0"/>
          <w:sz w:val="20"/>
        </w:rPr>
        <w:t>Datum : 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Betroffene Person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Betreuer / Betreuerin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https://musterklar.com/vermogensverzeichnis-betreuung-vorlage/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klar.com/vermogensverzeichnis-betreuung-vorlage/" TargetMode="External"/><Relationship Id="rId10" Type="http://schemas.openxmlformats.org/officeDocument/2006/relationships/hyperlink" Target="https://muster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