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MAHNUNG ZUR FRISTSETZUNG FÜR VERSICHERUNGSLEISTUNG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(Versicherung) :</w:t>
      </w:r>
    </w:p>
    <w:p>
      <w:r>
        <w:rPr>
          <w:b w:val="0"/>
          <w:sz w:val="20"/>
        </w:rPr>
        <w:t>Versicherungsunternehmen : _________________________________________</w:t>
      </w:r>
    </w:p>
    <w:p>
      <w:r>
        <w:rPr>
          <w:b w:val="0"/>
          <w:sz w:val="20"/>
        </w:rPr>
        <w:t>Abteilung : 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Fristsetzung zur Erbringung der Versicherungsleistung gemäß Versicherungsvertrag</w:t>
      </w:r>
    </w:p>
    <w:p/>
    <w:p>
      <w:r>
        <w:rPr>
          <w:b/>
          <w:sz w:val="20"/>
        </w:rPr>
        <w:t>Sehr geehrte Damen und Herren,</w:t>
      </w:r>
    </w:p>
    <w:p/>
    <w:p>
      <w:r>
        <w:rPr>
          <w:b w:val="0"/>
          <w:sz w:val="20"/>
        </w:rPr>
        <w:t>hiermit setze ich Ihnen im Rahmen meines bestehenden Versicherungsvertrages mit der Nummer _______________ eine Frist zur Erbringung der ausstehenden Versicherungsleistung.</w:t>
      </w:r>
    </w:p>
    <w:p/>
    <w:p>
      <w:r>
        <w:rPr>
          <w:b w:val="0"/>
          <w:sz w:val="20"/>
        </w:rPr>
        <w:t>Trotz mehrfacher Aufforderung und Einreichung aller erforderlichen Unterlagen habe ich bis heute keine abschließende Entscheidung bzw. Zahlung erhalten.</w:t>
      </w:r>
    </w:p>
    <w:p/>
    <w:p>
      <w:r>
        <w:rPr>
          <w:b w:val="0"/>
          <w:sz w:val="20"/>
        </w:rPr>
        <w:t>Ich fordere Sie daher auf, die Versicherungsleistung innerhalb von zwei Wochen nach Zugang dieses Schreibens zu erbringen.</w:t>
      </w:r>
    </w:p>
    <w:p/>
    <w:p>
      <w:r>
        <w:rPr>
          <w:b w:val="0"/>
          <w:sz w:val="20"/>
        </w:rPr>
        <w:t>Sollte die Frist ungenutzt verstreichen, sehe ich mich gezwungen, rechtliche Schritte einzuleiten, um meine Ansprüche durchzusetzen.</w:t>
      </w:r>
    </w:p>
    <w:p/>
    <w:p>
      <w:r>
        <w:rPr>
          <w:b w:val="0"/>
          <w:sz w:val="20"/>
        </w:rPr>
        <w:t>Bitte bestätigen Sie mir den Eingang dieses Schreibens sowie den weiteren Verlauf schriftlich.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https://musterklar.com/versicherung-frist-setzen-muster/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ersicherung-frist-setzen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