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VERTRETUNGSVOLLMACHT GEWERBEANMELDUNG</w:t>
      </w:r>
    </w:p>
    <w:p/>
    <w:p>
      <w:r>
        <w:rPr>
          <w:b w:val="0"/>
          <w:sz w:val="20"/>
        </w:rPr>
        <w:t xml:space="preserve">Ort : ____________________________       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Vor- und Nachname/Firma : 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Geburtsdatum / Gründungsdatum : 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Angaben des Bevollmächtigten :</w:t>
      </w:r>
    </w:p>
    <w:p>
      <w:r>
        <w:rPr>
          <w:b w:val="0"/>
          <w:sz w:val="20"/>
        </w:rPr>
        <w:t>Vor- und Nachname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Vollmachtserteilung :</w:t>
      </w:r>
    </w:p>
    <w:p>
      <w:r>
        <w:rPr>
          <w:b w:val="0"/>
          <w:sz w:val="20"/>
        </w:rPr>
        <w:t>Hiermit bevollmächtigt der Vollmachtgeber den Bevollmächtigten, in seinem Namen alle notwendigen und zweckdienlichen Erklärungen und Handlungen im Zusammenhang mit der Anmeldung eines Gewerbes bei den zuständigen Behörden vorzunehmen.</w:t>
      </w:r>
    </w:p>
    <w:p/>
    <w:p>
      <w:r>
        <w:rPr>
          <w:b/>
          <w:sz w:val="20"/>
        </w:rPr>
        <w:t>Umfang der Vollmacht :</w:t>
      </w:r>
    </w:p>
    <w:p>
      <w:r>
        <w:rPr>
          <w:b w:val="0"/>
          <w:sz w:val="20"/>
        </w:rPr>
        <w:t>Die Vollmacht umfasst insbesondere die Befugnis, den Gewerbeantrag zu stellen, Erklärungen abzugeben, Unterlagen entgegenzunehmen sowie alle weiteren notwendigen Schritte zur Gewerbeanmeldung durchzuführen.</w:t>
      </w:r>
    </w:p>
    <w:p/>
    <w:p>
      <w:r>
        <w:rPr>
          <w:b/>
          <w:sz w:val="20"/>
        </w:rPr>
        <w:t>Gültigkeitsdauer :</w:t>
      </w:r>
    </w:p>
    <w:p>
      <w:r>
        <w:rPr>
          <w:b w:val="0"/>
          <w:sz w:val="20"/>
        </w:rPr>
        <w:t>Diese Vollmacht gilt bis auf Widerruf oder bis zur Erledigung der Gewerbeanmeldung.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Der Vollmachtgeber übernimmt die Verantwortung für die Richtigkeit und Vollständigkeit aller von dem Bevollmächtigten im Rahmen dieser Vollmacht abgegebenen Erklärungen.</w:t>
      </w:r>
    </w:p>
    <w:p/>
    <w:p/>
    <w:p>
      <w:r>
        <w:rPr>
          <w:b w:val="0"/>
          <w:sz w:val="20"/>
        </w:rPr>
        <w:t>Ort : ______________________________________</w:t>
      </w:r>
    </w:p>
    <w:p>
      <w:r>
        <w:rPr>
          <w:b w:val="0"/>
          <w:sz w:val="20"/>
        </w:rPr>
        <w:t>Datum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https://musterklar.com/vertretungsvollmacht-gewerbeanmeldung/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ertretungsvollmacht-gewerbeanmeldun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