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VERZICHTSERKLÄRUNG AUF DAS VERMIETERPFANDRECHT</w:t>
      </w:r>
    </w:p>
    <w:p/>
    <w:p>
      <w:r>
        <w:rPr>
          <w:b/>
          <w:sz w:val="20"/>
        </w:rPr>
        <w:t>Angaben zum Verzichtserklärenden (Mieter) :</w:t>
      </w:r>
    </w:p>
    <w:p>
      <w:r>
        <w:rPr>
          <w:b w:val="0"/>
          <w:sz w:val="20"/>
        </w:rPr>
        <w:t>Vor- und Nachname : ___________________________________________________</w:t>
      </w:r>
    </w:p>
    <w:p>
      <w:r>
        <w:rPr>
          <w:b w:val="0"/>
          <w:sz w:val="20"/>
        </w:rPr>
        <w:t>Anschrift der Mietwohnung : _____________________________________________</w:t>
      </w:r>
    </w:p>
    <w:p>
      <w:r>
        <w:rPr>
          <w:b w:val="0"/>
          <w:sz w:val="20"/>
        </w:rPr>
        <w:t>Telefonnummer : ________________________________________________________</w:t>
      </w:r>
    </w:p>
    <w:p/>
    <w:p>
      <w:r>
        <w:rPr>
          <w:b/>
          <w:sz w:val="20"/>
        </w:rPr>
        <w:t>Angaben zum Vermieter :</w:t>
      </w:r>
    </w:p>
    <w:p>
      <w:r>
        <w:rPr>
          <w:b w:val="0"/>
          <w:sz w:val="20"/>
        </w:rPr>
        <w:t>Vor- und Nachname / Firma : ___________________________________________</w:t>
      </w:r>
    </w:p>
    <w:p>
      <w:r>
        <w:rPr>
          <w:b w:val="0"/>
          <w:sz w:val="20"/>
        </w:rPr>
        <w:t>Anschrift : ____________________________________________________________</w:t>
      </w:r>
    </w:p>
    <w:p>
      <w:r>
        <w:rPr>
          <w:b w:val="0"/>
          <w:sz w:val="20"/>
        </w:rPr>
        <w:t>Telefonnummer : ________________________________________________________</w:t>
      </w:r>
    </w:p>
    <w:p/>
    <w:p>
      <w:r>
        <w:rPr>
          <w:b/>
          <w:sz w:val="20"/>
        </w:rPr>
        <w:t>Erklärung zum Verzicht auf das Vermieterpfandrecht :</w:t>
      </w:r>
    </w:p>
    <w:p>
      <w:r>
        <w:rPr>
          <w:b w:val="0"/>
          <w:sz w:val="20"/>
        </w:rPr>
        <w:t>Hiermit verzichtet der Mieter auf das ihm nach §§ 562 bis 562d BGB zustehende Vermieterpfandrecht an den in der Mietwohnung befindlichen beweglichen Sachen, die im Eigentum des Vermieters stehen. Der Verzicht erfolgt freiwillig und unwiderruflich für die Dauer des bestehenden Mietverhältnisses.</w:t>
      </w:r>
    </w:p>
    <w:p/>
    <w:p>
      <w:r>
        <w:rPr>
          <w:b/>
          <w:sz w:val="20"/>
        </w:rPr>
        <w:t>Folgende Gegenstände fallen unter diesen Verzicht:</w:t>
      </w:r>
    </w:p>
    <w:p>
      <w:r>
        <w:rPr>
          <w:b w:val="0"/>
          <w:sz w:val="20"/>
        </w:rPr>
        <w:t>- Möbel und Einrichtungsgegenstände</w:t>
      </w:r>
    </w:p>
    <w:p>
      <w:r>
        <w:rPr>
          <w:b w:val="0"/>
          <w:sz w:val="20"/>
        </w:rPr>
        <w:t>- Haushaltsgeräte</w:t>
      </w:r>
    </w:p>
    <w:p>
      <w:r>
        <w:rPr>
          <w:b w:val="0"/>
          <w:sz w:val="20"/>
        </w:rPr>
        <w:t>- Sonstige bewegliche Sachen des Vermieters in der Mietwohnung</w:t>
      </w:r>
    </w:p>
    <w:p/>
    <w:p>
      <w:r>
        <w:rPr>
          <w:b w:val="0"/>
          <w:sz w:val="20"/>
        </w:rPr>
        <w:t>Der Verzicht gilt nicht für Forderungen, die außerhalb des Mietverhältnisses bestehen.</w:t>
      </w:r>
    </w:p>
    <w:p/>
    <w:p>
      <w:r>
        <w:rPr>
          <w:b/>
          <w:sz w:val="20"/>
        </w:rPr>
        <w:t>Pflichten des Mieters :</w:t>
      </w:r>
    </w:p>
    <w:p>
      <w:r>
        <w:rPr>
          <w:b w:val="0"/>
          <w:sz w:val="20"/>
        </w:rPr>
        <w:t>Der Mieter verpflichtet sich, die genannten Gegenstände pfleglich zu behandeln und keine Veränderungen vorzunehmen, die den Wert beeinträchtigen könnten.</w:t>
      </w:r>
    </w:p>
    <w:p/>
    <w:p>
      <w:r>
        <w:rPr>
          <w:b/>
          <w:sz w:val="20"/>
        </w:rPr>
        <w:t>Haftung :</w:t>
      </w:r>
    </w:p>
    <w:p>
      <w:r>
        <w:rPr>
          <w:b w:val="0"/>
          <w:sz w:val="20"/>
        </w:rPr>
        <w:t>Der Mieter haftet für Schäden an den Gegenständen, die durch unsachgemäße Behandlung entstehen.</w:t>
      </w:r>
    </w:p>
    <w:p/>
    <w:p>
      <w:r>
        <w:rPr>
          <w:b/>
          <w:sz w:val="20"/>
        </w:rPr>
        <w:t>Schlussbestimmungen :</w:t>
      </w:r>
    </w:p>
    <w:p>
      <w:r>
        <w:rPr>
          <w:b w:val="0"/>
          <w:sz w:val="20"/>
        </w:rPr>
        <w:t>Sollten einzelne Bestimmungen dieser Erklärung unwirksam sein oder werden, so bleibt die Wirksamkeit der übrigen Bestimmungen unberührt. Änderungen und Ergänzungen bedürfen der Schriftform.</w:t>
      </w:r>
    </w:p>
    <w:p/>
    <w:p/>
    <w:p>
      <w:r>
        <w:rPr>
          <w:b w:val="0"/>
          <w:sz w:val="20"/>
        </w:rPr>
        <w:t>Ort : _________________________________________    Datum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Mieter (Verzichtserklärender)</w:t>
            </w:r>
          </w:p>
        </w:tc>
        <w:tc>
          <w:tcPr>
            <w:tcW w:type="dxa" w:w="4986"/>
            <w:tcBorders>
              <w:top w:val="nil"/>
              <w:left w:val="nil"/>
              <w:bottom w:val="nil"/>
              <w:right w:val="nil"/>
              <w:insideH w:val="nil"/>
              <w:insideV w:val="nil"/>
            </w:tcBorders>
          </w:tcPr>
          <w:p>
            <w:pPr>
              <w:jc w:val="center"/>
            </w:pPr>
            <w:r>
              <w:t>Vermieter</w:t>
            </w:r>
          </w:p>
        </w:tc>
      </w:tr>
      <w:tr>
        <w:tc>
          <w:tcPr>
            <w:tcW w:type="dxa" w:w="4986"/>
            <w:tcBorders>
              <w:top w:val="nil"/>
              <w:left w:val="nil"/>
              <w:bottom w:val="nil"/>
              <w:right w:val="nil"/>
              <w:insideH w:val="nil"/>
              <w:insideV w:val="nil"/>
            </w:tcBorders>
          </w:tcPr>
          <w:p>
            <w:pPr>
              <w:jc w:val="center"/>
            </w:pPr>
            <w:r>
              <w:br/>
              <w:br/>
              <w:t>Unterschrift : ________________________________</w:t>
            </w:r>
          </w:p>
        </w:tc>
        <w:tc>
          <w:tcPr>
            <w:tcW w:type="dxa" w:w="4986"/>
            <w:tcBorders>
              <w:top w:val="nil"/>
              <w:left w:val="nil"/>
              <w:bottom w:val="nil"/>
              <w:right w:val="nil"/>
              <w:insideH w:val="nil"/>
              <w:insideV w:val="nil"/>
            </w:tcBorders>
          </w:tcPr>
          <w:p>
            <w:pPr>
              <w:jc w:val="center"/>
            </w:pPr>
            <w:r>
              <w:br/>
              <w:br/>
              <w:t>Unterschrift : ________________________________</w:t>
            </w:r>
          </w:p>
        </w:tc>
      </w:tr>
      <w:tr>
        <w:tc>
          <w:tcPr>
            <w:tcW w:type="dxa" w:w="4986"/>
            <w:tcBorders>
              <w:top w:val="nil"/>
              <w:left w:val="nil"/>
              <w:bottom w:val="nil"/>
              <w:right w:val="nil"/>
              <w:insideH w:val="nil"/>
              <w:insideV w:val="nil"/>
            </w:tcBorders>
          </w:tcPr>
          <w:p>
            <w:pPr>
              <w:jc w:val="center"/>
            </w:pPr>
            <w:r>
              <w:t>Name : _______________________________________</w:t>
            </w:r>
          </w:p>
        </w:tc>
        <w:tc>
          <w:tcPr>
            <w:tcW w:type="dxa" w:w="4986"/>
            <w:tcBorders>
              <w:top w:val="nil"/>
              <w:left w:val="nil"/>
              <w:bottom w:val="nil"/>
              <w:right w:val="nil"/>
              <w:insideH w:val="nil"/>
              <w:insideV w:val="nil"/>
            </w:tcBorders>
          </w:tcPr>
          <w:p>
            <w:pPr>
              <w:jc w:val="center"/>
            </w:pPr>
            <w:r>
              <w:t>Name : _______________________________________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https://musterklar.com/verzicht-vermieterpfandrecht-muster/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verzicht-vermieterpfandrecht-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