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VERZICHTSERKLÄRUNG GRUNDSTÜCK</w:t>
      </w:r>
    </w:p>
    <w:p/>
    <w:p>
      <w:r>
        <w:rPr>
          <w:b/>
          <w:sz w:val="20"/>
        </w:rPr>
        <w:t>Angaben des Verzichtenden :</w:t>
      </w:r>
    </w:p>
    <w:p>
      <w:r>
        <w:rPr>
          <w:b w:val="0"/>
          <w:sz w:val="20"/>
        </w:rPr>
        <w:t>Vor- und Nachname : ___________________________________________________</w:t>
      </w:r>
    </w:p>
    <w:p>
      <w:r>
        <w:rPr>
          <w:b w:val="0"/>
          <w:sz w:val="20"/>
        </w:rPr>
        <w:t>Geburtsdatum : ______________________________________________________</w:t>
      </w:r>
    </w:p>
    <w:p>
      <w:r>
        <w:rPr>
          <w:b w:val="0"/>
          <w:sz w:val="20"/>
        </w:rPr>
        <w:t>Anschrift : __________________________________________________________</w:t>
      </w:r>
    </w:p>
    <w:p>
      <w:r>
        <w:rPr>
          <w:b w:val="0"/>
          <w:sz w:val="20"/>
        </w:rPr>
        <w:t>Personalausweis-Nr. : ________________________________________________</w:t>
      </w:r>
    </w:p>
    <w:p/>
    <w:p>
      <w:r>
        <w:rPr>
          <w:b/>
          <w:sz w:val="20"/>
        </w:rPr>
        <w:t>Angaben zum Grundstück :</w:t>
      </w:r>
    </w:p>
    <w:p>
      <w:r>
        <w:rPr>
          <w:b w:val="0"/>
          <w:sz w:val="20"/>
        </w:rPr>
        <w:t>Flurstücknummer : ____________________________________________________</w:t>
      </w:r>
    </w:p>
    <w:p>
      <w:r>
        <w:rPr>
          <w:b w:val="0"/>
          <w:sz w:val="20"/>
        </w:rPr>
        <w:t>Gemarkung : _________________________________________________________</w:t>
      </w:r>
    </w:p>
    <w:p>
      <w:r>
        <w:rPr>
          <w:b w:val="0"/>
          <w:sz w:val="20"/>
        </w:rPr>
        <w:t>Adresse : ____________________________________________________________</w:t>
      </w:r>
    </w:p>
    <w:p>
      <w:r>
        <w:rPr>
          <w:b w:val="0"/>
          <w:sz w:val="20"/>
        </w:rPr>
        <w:t>Grundbuchblatt : _____________________________________________________</w:t>
      </w:r>
    </w:p>
    <w:p/>
    <w:p>
      <w:r>
        <w:rPr>
          <w:b/>
          <w:sz w:val="20"/>
        </w:rPr>
        <w:t>Verzichtserklärung</w:t>
      </w:r>
    </w:p>
    <w:p>
      <w:r>
        <w:rPr>
          <w:b w:val="0"/>
          <w:sz w:val="20"/>
        </w:rPr>
        <w:t>Hiermit verzichtet der Verzichtende unwiderruflich und rechtsverbindlich auf jegliche Rechte, Ansprüche und Forderungen bezüglich des oben genannten Grundstücks gegenüber dem Grundstückseigentümer oder Dritten. Dieser Verzicht umfasst insbesondere sämtliche Nutzungsrechte, Erbbaurechte, Vorkaufsrechte sowie sonstige dingliche oder schuldrechtliche Ansprüche.</w:t>
      </w:r>
    </w:p>
    <w:p/>
    <w:p>
      <w:r>
        <w:rPr>
          <w:b w:val="0"/>
          <w:sz w:val="20"/>
        </w:rPr>
        <w:t>Der Verzicht erfolgt freiwillig und ohne jede unzulässige Beeinflussung. Der Verzichtende bestätigt, dass er über den Inhalt und die Rechtsfolgen dieser Erklärung umfassend informiert wurde und diese verstanden hat.</w:t>
      </w:r>
    </w:p>
    <w:p/>
    <w:p>
      <w:r>
        <w:rPr>
          <w:b/>
          <w:sz w:val="20"/>
        </w:rPr>
        <w:t>Rechtsfolgen und Wirksamkeit</w:t>
      </w:r>
    </w:p>
    <w:p>
      <w:r>
        <w:rPr>
          <w:b w:val="0"/>
          <w:sz w:val="20"/>
        </w:rPr>
        <w:t>Diese Verzichtserklärung entfaltet ihre Wirkung mit Unterzeichnung und ist bindend für den Verzichtenden sowie dessen Rechtsnachfolger. Ein Widerruf ist ausgeschlossen.</w:t>
      </w:r>
    </w:p>
    <w:p/>
    <w:p>
      <w:r>
        <w:rPr>
          <w:b w:val="0"/>
          <w:sz w:val="20"/>
        </w:rPr>
        <w:t>Sollte eine Bestimmung dieser Erklärung unwirksam oder undurchführbar sein, so bleibt die Wirksamkeit der übrigen Bestimmungen unberührt.</w:t>
      </w:r>
    </w:p>
    <w:p/>
    <w:p>
      <w:r>
        <w:rPr>
          <w:b w:val="0"/>
          <w:sz w:val="20"/>
        </w:rPr>
        <w:t>Ort : __________________________________________</w:t>
      </w:r>
    </w:p>
    <w:p>
      <w:r>
        <w:rPr>
          <w:b w:val="0"/>
          <w:sz w:val="20"/>
        </w:rPr>
        <w:t>Datum : ________________________________________</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VERZICHTENDER</w:t>
            </w:r>
          </w:p>
        </w:tc>
      </w:tr>
      <w:tr>
        <w:tc>
          <w:tcPr>
            <w:tcW w:type="dxa" w:w="9972"/>
            <w:tcBorders>
              <w:top w:val="nil"/>
              <w:left w:val="nil"/>
              <w:bottom w:val="nil"/>
              <w:right w:val="nil"/>
              <w:insideH w:val="nil"/>
              <w:insideV w:val="nil"/>
            </w:tcBorders>
          </w:tcPr>
          <w:p>
            <w:pPr>
              <w:jc w:val="center"/>
            </w:pPr>
            <w:r>
              <w:br/>
              <w:br/>
              <w:t>Unterschrift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https://musterklar.com/verzichtserklarung-grundstuck-muster/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verzichtserklarung-grundstuck-muster/"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