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ABMELDUNG VON VHS-KURS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Straße und Hausnummer : ___________________________________________</w:t>
      </w:r>
    </w:p>
    <w:p>
      <w:r>
        <w:rPr>
          <w:b w:val="0"/>
          <w:sz w:val="20"/>
        </w:rPr>
        <w:t>PLZ und Ort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Volkshochschule _______________________________</w:t>
      </w:r>
    </w:p>
    <w:p>
      <w:r>
        <w:rPr>
          <w:b w:val="0"/>
          <w:sz w:val="20"/>
        </w:rPr>
        <w:t>Straße und Hausnummer : ___________________________________________</w:t>
      </w:r>
    </w:p>
    <w:p>
      <w:r>
        <w:rPr>
          <w:b w:val="0"/>
          <w:sz w:val="20"/>
        </w:rPr>
        <w:t>PLZ und Ort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Abmeldung vom VHS-Kurs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melde ich mich vom oben genannten VHS-Kurs ab. Bitte bestätigen Sie mir die Abmeldung schriftlich.</w:t>
      </w:r>
    </w:p>
    <w:p/>
    <w:p>
      <w:r>
        <w:rPr>
          <w:b w:val="0"/>
          <w:sz w:val="20"/>
        </w:rPr>
        <w:t>Ich bitte darum, keine weiteren Zahlungen für den Kurs zu veranlassen.</w:t>
      </w:r>
    </w:p>
    <w:p/>
    <w:p>
      <w:r>
        <w:rPr>
          <w:b w:val="0"/>
          <w:sz w:val="20"/>
        </w:rPr>
        <w:t>Vielen Dank für Ihr Verständnis.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Unterschrift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Kursbezeichnung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des Kursbeginns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Kundennummer (optional)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https://musterklar.com/vhs-kurs-abmelden-musterbrief/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hs-kurs-abmelden-musterbrief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