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PFERDEBETREUUNG IM URLAUB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Angaben zum/zu den Pferd(en):</w:t>
      </w:r>
    </w:p>
    <w:p>
      <w:r>
        <w:rPr>
          <w:b w:val="0"/>
          <w:sz w:val="20"/>
        </w:rPr>
        <w:t>Name / Kennzeichnung : ______________________________________________</w:t>
      </w:r>
    </w:p>
    <w:p>
      <w:r>
        <w:rPr>
          <w:b w:val="0"/>
          <w:sz w:val="20"/>
        </w:rPr>
        <w:t>Rasse : ____________________________________________________________</w:t>
      </w:r>
    </w:p>
    <w:p>
      <w:r>
        <w:rPr>
          <w:b w:val="0"/>
          <w:sz w:val="20"/>
        </w:rPr>
        <w:t>Geburtsjahr : ______________________________________________________</w:t>
      </w:r>
    </w:p>
    <w:p>
      <w:r>
        <w:rPr>
          <w:b w:val="0"/>
          <w:sz w:val="20"/>
        </w:rPr>
        <w:t>Besondere Merkmale : ________________________________________________</w:t>
      </w:r>
    </w:p>
    <w:p/>
    <w:p>
      <w:r>
        <w:rPr>
          <w:b/>
          <w:sz w:val="20"/>
        </w:rPr>
        <w:t>Vollmacht:</w:t>
      </w:r>
    </w:p>
    <w:p>
      <w:r>
        <w:rPr>
          <w:b w:val="0"/>
          <w:sz w:val="20"/>
        </w:rPr>
        <w:t>Hiermit erteile ich oben genanntem Bevollmächtigten die Vollmacht, mein/e Pferd/e während meiner Abwesenheit umfassend zu betreuen, insbesondere die Fütterung, Pflege, Bewegung sowie die Einhaltung der tierärztlichen Anweisungen sicherzustellen.</w:t>
      </w:r>
    </w:p>
    <w:p/>
    <w:p>
      <w:r>
        <w:rPr>
          <w:b w:val="0"/>
          <w:sz w:val="20"/>
        </w:rPr>
        <w:t>Der Bevollmächtigte ist berechtigt, im Bedarfsfall Entscheidungen im Interesse des Pferdes zu treffen und notwendige tierärztliche Behandlungen zu veranlassen.</w:t>
      </w:r>
    </w:p>
    <w:p/>
    <w:p>
      <w:r>
        <w:rPr>
          <w:b w:val="0"/>
          <w:sz w:val="20"/>
        </w:rPr>
        <w:t>Diese Vollmacht gilt ausschließlich für den Zeitraum meiner Abwesenheit und endet mit meiner Rückkehr oder durch schriftlichen Widerruf.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Ich entbinde den Bevollmächtigten von jeglicher Haftung für Schäden, die im Rahmen der ordnungsgemäßen Ausübung dieser Vollmacht entstehen können, es sei denn, diese beruhen auf grober Fahrlässigkeit oder Vorsatz.</w:t>
      </w:r>
    </w:p>
    <w:p/>
    <w:p>
      <w:r>
        <w:rPr>
          <w:b/>
          <w:sz w:val="20"/>
        </w:rPr>
        <w:t>Sonstiges:</w:t>
      </w:r>
    </w:p>
    <w:p>
      <w:r>
        <w:rPr>
          <w:b w:val="0"/>
          <w:sz w:val="20"/>
        </w:rPr>
        <w:t>Sämtliche Kosten für Pflege, Versorgung und eventuelle tierärztliche Maßnahmen trägt der Vollmachtgeber.</w:t>
      </w:r>
    </w:p>
    <w:p/>
    <w:p>
      <w:r>
        <w:rPr>
          <w:b w:val="0"/>
          <w:sz w:val="20"/>
        </w:rPr>
        <w:t>Ort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https://musterklar.com/vollmacht-pferd-urlaub/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llmacht-pferd-urlaub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