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VORKAUFSRECHTSVERZICHTSERKLÄRUNG</w:t>
      </w:r>
    </w:p>
    <w:p/>
    <w:p>
      <w:r>
        <w:rPr>
          <w:b/>
          <w:sz w:val="20"/>
        </w:rPr>
        <w:t>Hiermit erkläre ich, der/die Unterzeichnende,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/>
    <w:p>
      <w:r>
        <w:rPr>
          <w:b/>
          <w:sz w:val="20"/>
        </w:rPr>
        <w:t>dass ich auf mein nach §§ 463 ff. BGB bestehendes Vorkaufsrecht für die Immobilie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Flurstück : __________________________________________________________</w:t>
      </w:r>
    </w:p>
    <w:p/>
    <w:p>
      <w:r>
        <w:rPr>
          <w:b/>
          <w:sz w:val="20"/>
        </w:rPr>
        <w:t>verzichte. Diese Erklärung erfolgt freiwillig und ohne Zwang.</w:t>
      </w:r>
    </w:p>
    <w:p/>
    <w:p>
      <w:r>
        <w:rPr>
          <w:b/>
          <w:sz w:val="20"/>
        </w:rPr>
        <w:t>§ 1 – Verzicht auf das Vorkaufsrecht</w:t>
      </w:r>
    </w:p>
    <w:p>
      <w:r>
        <w:rPr>
          <w:b w:val="0"/>
          <w:sz w:val="20"/>
        </w:rPr>
        <w:t>Ich verzichte hiermit unwiderruflich auf mein Vorkaufsrecht an der oben genannten Immobilie.</w:t>
      </w:r>
    </w:p>
    <w:p/>
    <w:p>
      <w:r>
        <w:rPr>
          <w:b/>
          <w:sz w:val="20"/>
        </w:rPr>
        <w:t>§ 2 – Wirksamkeit der Erklärung</w:t>
      </w:r>
    </w:p>
    <w:p>
      <w:r>
        <w:rPr>
          <w:b w:val="0"/>
          <w:sz w:val="20"/>
        </w:rPr>
        <w:t>Die Verzichtserklärung wird wirksam mit Unterzeichnung dieses Dokuments und ist bindend für mich und meine Rechtsnachfolger.</w:t>
      </w:r>
    </w:p>
    <w:p/>
    <w:p>
      <w:r>
        <w:rPr>
          <w:b/>
          <w:sz w:val="20"/>
        </w:rPr>
        <w:t>§ 3 – Sonstige Vereinbarungen</w:t>
      </w:r>
    </w:p>
    <w:p>
      <w:r>
        <w:rPr>
          <w:b w:val="0"/>
          <w:sz w:val="20"/>
        </w:rPr>
        <w:t>Weitere Vereinbarungen bestehen nicht. Diese Erklärung umfasst sämtliche Ansprüche aus dem Vorkaufsrecht.</w:t>
      </w:r>
    </w:p>
    <w:p/>
    <w:p>
      <w:r>
        <w:rPr>
          <w:b/>
          <w:sz w:val="20"/>
        </w:rPr>
        <w:t>§ 4 – Gerichtsstand</w:t>
      </w:r>
    </w:p>
    <w:p>
      <w:r>
        <w:rPr>
          <w:b w:val="0"/>
          <w:sz w:val="20"/>
        </w:rPr>
        <w:t>Gerichtsstand für alle Streitigkeiten aus dieser Erklärung ist der Sitz der Immobilie.</w:t>
      </w:r>
    </w:p>
    <w:p/>
    <w:p/>
    <w:p>
      <w:r>
        <w:rPr>
          <w:b w:val="0"/>
          <w:sz w:val="20"/>
        </w:rPr>
        <w:t>Ort : _________________________________________    Datum 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(optional)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https://musterklar.com/vorkaufsrechtsverzichtserklarung-muster/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rkaufsrechtsverzichtserklarun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