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VORVERMIETERBESCHEINIGUNG</w:t>
      </w:r>
    </w:p>
    <w:p>
      <w:pPr>
        <w:jc w:val="center"/>
      </w:pPr>
      <w:r>
        <w:rPr>
          <w:b/>
          <w:sz w:val="20"/>
        </w:rPr>
        <w:t>für das Elternteil</w:t>
      </w:r>
    </w:p>
    <w:p/>
    <w:p/>
    <w:p>
      <w:r>
        <w:rPr>
          <w:b w:val="0"/>
          <w:sz w:val="20"/>
        </w:rPr>
        <w:t>Hiermit bestätigt der Vermieter, dass die nachfolgend genannten Personen in der Wohnung wohnhaft sind bzw. waren.</w:t>
      </w:r>
    </w:p>
    <w:p/>
    <w:p>
      <w:r>
        <w:rPr>
          <w:b/>
          <w:sz w:val="20"/>
        </w:rPr>
        <w:t>Angaben des Vermieters:</w:t>
      </w:r>
    </w:p>
    <w:p>
      <w:r>
        <w:rPr>
          <w:b w:val="0"/>
          <w:sz w:val="20"/>
        </w:rPr>
        <w:t>Name, Vorname : _________________________________________________</w:t>
      </w:r>
    </w:p>
    <w:p>
      <w:r>
        <w:rPr>
          <w:b w:val="0"/>
          <w:sz w:val="20"/>
        </w:rPr>
        <w:t>Anschrift : _______________________________________________________</w:t>
      </w:r>
    </w:p>
    <w:p>
      <w:r>
        <w:rPr>
          <w:b w:val="0"/>
          <w:sz w:val="20"/>
        </w:rPr>
        <w:t>Telefonnummer : _________________________________________________</w:t>
      </w:r>
    </w:p>
    <w:p/>
    <w:p>
      <w:r>
        <w:rPr>
          <w:b/>
          <w:sz w:val="20"/>
        </w:rPr>
        <w:t>Angaben zum Elternteil (Mieter):</w:t>
      </w:r>
    </w:p>
    <w:p>
      <w:r>
        <w:rPr>
          <w:b w:val="0"/>
          <w:sz w:val="20"/>
        </w:rPr>
        <w:t>Name, Vorname : _________________________________________________</w:t>
      </w:r>
    </w:p>
    <w:p>
      <w:r>
        <w:rPr>
          <w:b w:val="0"/>
          <w:sz w:val="20"/>
        </w:rPr>
        <w:t>Geburtsdatum : _________________________________________________</w:t>
      </w:r>
    </w:p>
    <w:p>
      <w:r>
        <w:rPr>
          <w:b w:val="0"/>
          <w:sz w:val="20"/>
        </w:rPr>
        <w:t>Anschrift der Wohnung : ____________________________________________</w:t>
      </w:r>
    </w:p>
    <w:p>
      <w:r>
        <w:rPr>
          <w:b w:val="0"/>
          <w:sz w:val="20"/>
        </w:rPr>
        <w:t>Wohnungsgröße (qm) : ______________________________________________</w:t>
      </w:r>
    </w:p>
    <w:p>
      <w:r>
        <w:rPr>
          <w:b w:val="0"/>
          <w:sz w:val="20"/>
        </w:rPr>
        <w:t>Zeitraum des Mietverhältnisses : ___________________________________</w:t>
      </w:r>
    </w:p>
    <w:p/>
    <w:p>
      <w:r>
        <w:rPr>
          <w:b/>
          <w:sz w:val="20"/>
        </w:rPr>
        <w:t>Angaben zum Kind/zu den Kindern:</w:t>
      </w:r>
    </w:p>
    <w:p>
      <w:r>
        <w:rPr>
          <w:b w:val="0"/>
          <w:sz w:val="20"/>
        </w:rPr>
        <w:t>Name, Vorname des Kindes/der Kinder : _____________________________</w:t>
      </w:r>
    </w:p>
    <w:p>
      <w:r>
        <w:rPr>
          <w:b w:val="0"/>
          <w:sz w:val="20"/>
        </w:rPr>
        <w:t>Geburtsdatum des Kindes/der Kinder : ______________________________</w:t>
      </w:r>
    </w:p>
    <w:p/>
    <w:p>
      <w:r>
        <w:rPr>
          <w:b w:val="0"/>
          <w:sz w:val="20"/>
        </w:rPr>
        <w:t>Der Vermieter bestätigt, dass das oben genannte Elternteil mit dem/den Kind/Kindern in der angegebenen Wohnung lebt oder gelebt hat. Diese Bescheinigung dient als Nachweis gegenüber Behörden, insbesondere für familienrechtliche oder sozialrechtliche Zwecke.</w:t>
      </w:r>
    </w:p>
    <w:p/>
    <w:p>
      <w:r>
        <w:rPr>
          <w:b w:val="0"/>
          <w:sz w:val="20"/>
        </w:rPr>
        <w:t>Der Vermieter übernimmt keine Haftung für die Richtigkeit der Angaben der Mieter bzw. weiterer Personen und keine Gewähr für die Einhaltung der mietrechtlichen Bestimmungen durch diese.</w:t>
      </w:r>
    </w:p>
    <w:p/>
    <w:p/>
    <w:p>
      <w:r>
        <w:rPr>
          <w:b w:val="0"/>
          <w:sz w:val="20"/>
        </w:rPr>
        <w:t>Ort : ______________________________________________________________</w:t>
      </w:r>
    </w:p>
    <w:p>
      <w:r>
        <w:rPr>
          <w:b w:val="0"/>
          <w:sz w:val="20"/>
        </w:rPr>
        <w:t>Unterschrift des Vermieters : 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Unterschrift Vermieter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in Druckbuchstaben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https://musterklar.com/vorvermieterbescheinigung-eltern-vorlage/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https://musterklar.com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musterklar.com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usterklar.com/vorvermieterbescheinigung-eltern-vorlage/" TargetMode="External"/><Relationship Id="rId10" Type="http://schemas.openxmlformats.org/officeDocument/2006/relationships/hyperlink" Target="https://musterkla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