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WIDERRUF GEWINNSPIEL MUSTER</w:t>
      </w:r>
    </w:p>
    <w:p/>
    <w:p>
      <w:r>
        <w:rPr>
          <w:b/>
          <w:sz w:val="20"/>
        </w:rPr>
        <w:t>Widerrufserklärung</w:t>
      </w:r>
    </w:p>
    <w:p>
      <w:r>
        <w:rPr>
          <w:b w:val="0"/>
          <w:sz w:val="20"/>
        </w:rPr>
        <w:t>Hiermit widerrufe(n) ich/wir den von mir/uns abgeschlossenen Vertrag zur Teilnahme am Gewinnspiel.</w:t>
      </w:r>
    </w:p>
    <w:p/>
    <w:p>
      <w:r>
        <w:rPr>
          <w:b/>
          <w:sz w:val="20"/>
        </w:rPr>
        <w:t>Angaben zum Teilnehmer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(optional) : ___________________________________________</w:t>
      </w:r>
    </w:p>
    <w:p>
      <w:r>
        <w:rPr>
          <w:b w:val="0"/>
          <w:sz w:val="20"/>
        </w:rPr>
        <w:t>E-Mail-Adresse (optional) : ___________________________________________</w:t>
      </w:r>
    </w:p>
    <w:p/>
    <w:p>
      <w:r>
        <w:rPr>
          <w:b/>
          <w:sz w:val="20"/>
        </w:rPr>
        <w:t>Angaben zum Gewinnspiel :</w:t>
      </w:r>
    </w:p>
    <w:p>
      <w:r>
        <w:rPr>
          <w:b w:val="0"/>
          <w:sz w:val="20"/>
        </w:rPr>
        <w:t>Name des Gewinnspiels : _____________________________________________</w:t>
      </w:r>
    </w:p>
    <w:p>
      <w:r>
        <w:rPr>
          <w:b w:val="0"/>
          <w:sz w:val="20"/>
        </w:rPr>
        <w:t>Veranstalter : _______________________________________________________</w:t>
      </w:r>
    </w:p>
    <w:p>
      <w:r>
        <w:rPr>
          <w:b w:val="0"/>
          <w:sz w:val="20"/>
        </w:rPr>
        <w:t>Teilnahmedatum : _________________________________________________</w:t>
      </w:r>
    </w:p>
    <w:p/>
    <w:p>
      <w:r>
        <w:rPr>
          <w:b/>
          <w:sz w:val="20"/>
        </w:rPr>
        <w:t>Widerrufsbelehrung</w:t>
      </w:r>
    </w:p>
    <w:p>
      <w:r>
        <w:rPr>
          <w:b w:val="0"/>
          <w:sz w:val="20"/>
        </w:rPr>
        <w:t>Der Widerruf ist formfrei möglich und kann per Brief, Fax oder E-Mail erfolgen. Zur Wahrung der Widerrufsfrist reicht die rechtzeitige Absendung des Widerrufs.</w:t>
      </w:r>
    </w:p>
    <w:p/>
    <w:p>
      <w:r>
        <w:rPr>
          <w:b w:val="0"/>
          <w:sz w:val="20"/>
        </w:rPr>
        <w:t>Ich/wir erkläre(n) hiermit den Widerruf meiner/unserer Teilnahme am oben genannten Gewinnspiel.</w:t>
      </w:r>
    </w:p>
    <w:p/>
    <w:p>
      <w:r>
        <w:rPr>
          <w:b/>
          <w:sz w:val="20"/>
        </w:rPr>
        <w:t>Folgen des Widerrufs</w:t>
      </w:r>
    </w:p>
    <w:p>
      <w:r>
        <w:rPr>
          <w:b w:val="0"/>
          <w:sz w:val="20"/>
        </w:rPr>
        <w:t>Mit dem Widerruf erlischt die Teilnahmeberechtigung und ggf. bereits erhaltene Gewinne müssen zurückgegeben werden.</w:t>
      </w:r>
    </w:p>
    <w:p/>
    <w:p>
      <w:r>
        <w:rPr>
          <w:b w:val="0"/>
          <w:sz w:val="20"/>
        </w:rPr>
        <w:t>Ort : ___________________________________________</w:t>
      </w:r>
    </w:p>
    <w:p>
      <w:r>
        <w:rPr>
          <w:b w:val="0"/>
          <w:sz w:val="20"/>
        </w:rPr>
        <w:t>Unterschrift : 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Teilnehmer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Teilnehmer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https://musterklar.com/widerruf-gewinnspiel-muster/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widerruf-gewinnspiel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