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ZIMMERRESERVIERUNG</w:t>
      </w:r>
    </w:p>
    <w:p/>
    <w:p>
      <w:r>
        <w:rPr>
          <w:b/>
          <w:sz w:val="20"/>
        </w:rPr>
        <w:t>Hotelangaben :</w:t>
      </w:r>
    </w:p>
    <w:p>
      <w:r>
        <w:rPr>
          <w:b w:val="0"/>
          <w:sz w:val="20"/>
        </w:rPr>
        <w:t>Name des Hotels : 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des Gastes 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Reservierungsdetails :</w:t>
      </w:r>
    </w:p>
    <w:p>
      <w:r>
        <w:rPr>
          <w:b w:val="0"/>
          <w:sz w:val="20"/>
        </w:rPr>
        <w:t>Zimmerkategorie : ________________________________________________</w:t>
      </w:r>
    </w:p>
    <w:p>
      <w:r>
        <w:rPr>
          <w:b w:val="0"/>
          <w:sz w:val="20"/>
        </w:rPr>
        <w:t>Anzahl der Zimmer : ______________________________________________</w:t>
      </w:r>
    </w:p>
    <w:p>
      <w:r>
        <w:rPr>
          <w:b w:val="0"/>
          <w:sz w:val="20"/>
        </w:rPr>
        <w:t>Anzahl der Personen : ____________________________________________</w:t>
      </w:r>
    </w:p>
    <w:p>
      <w:r>
        <w:rPr>
          <w:b w:val="0"/>
          <w:sz w:val="20"/>
        </w:rPr>
        <w:t>Anreisedatum : _________________________________________________</w:t>
      </w:r>
    </w:p>
    <w:p>
      <w:r>
        <w:rPr>
          <w:b w:val="0"/>
          <w:sz w:val="20"/>
        </w:rPr>
        <w:t>Abreisedatum : _________________________________________________</w:t>
      </w:r>
    </w:p>
    <w:p/>
    <w:p>
      <w:r>
        <w:rPr>
          <w:b/>
          <w:sz w:val="20"/>
        </w:rPr>
        <w:t>Zahlungsbedingungen :</w:t>
      </w:r>
    </w:p>
    <w:p>
      <w:r>
        <w:rPr>
          <w:b w:val="0"/>
          <w:sz w:val="20"/>
        </w:rPr>
        <w:t>Gesamtpreis : ___________________ EUR</w:t>
      </w:r>
    </w:p>
    <w:p>
      <w:r>
        <w:rPr>
          <w:b w:val="0"/>
          <w:sz w:val="20"/>
        </w:rPr>
        <w:t>Zahlungsart : ____________________________________________________</w:t>
      </w:r>
    </w:p>
    <w:p>
      <w:r>
        <w:rPr>
          <w:b w:val="0"/>
          <w:sz w:val="20"/>
        </w:rPr>
        <w:t>Anzahlung : ______________________ EUR (falls vereinbart)</w:t>
      </w:r>
    </w:p>
    <w:p/>
    <w:p>
      <w:r>
        <w:rPr>
          <w:b/>
          <w:sz w:val="20"/>
        </w:rPr>
        <w:t>Stornierungsbedingungen :</w:t>
      </w:r>
    </w:p>
    <w:p>
      <w:r>
        <w:rPr>
          <w:b w:val="0"/>
          <w:sz w:val="20"/>
        </w:rPr>
        <w:t>Eine kostenfreie Stornierung ist bis zu 14 Tage vor Anreise möglich.</w:t>
      </w:r>
    </w:p>
    <w:p>
      <w:r>
        <w:rPr>
          <w:b w:val="0"/>
          <w:sz w:val="20"/>
        </w:rPr>
        <w:t>Bei späterer Stornierung oder Nichtanreise wird der Gesamtpreis berechnet.</w:t>
      </w:r>
    </w:p>
    <w:p/>
    <w:p>
      <w:r>
        <w:rPr>
          <w:b/>
          <w:sz w:val="20"/>
        </w:rPr>
        <w:t>Pflichten des Gastes :</w:t>
      </w:r>
    </w:p>
    <w:p>
      <w:r>
        <w:rPr>
          <w:b w:val="0"/>
          <w:sz w:val="20"/>
        </w:rPr>
        <w:t>Der Gast verpflichtet sich, die Zimmer ordnungsgemäß zu nutzen und bei Abreise ordnungsgemäß zu hinterlassen.</w:t>
      </w:r>
    </w:p>
    <w:p>
      <w:r>
        <w:rPr>
          <w:b w:val="0"/>
          <w:sz w:val="20"/>
        </w:rPr>
        <w:t>Beschädigungen sind unverzüglich dem Hotelpersonal zu melden und können kostenpflichtig sein.</w:t>
      </w:r>
    </w:p>
    <w:p/>
    <w:p>
      <w:r>
        <w:rPr>
          <w:b/>
          <w:sz w:val="20"/>
        </w:rPr>
        <w:t>Pflichten des Hotels :</w:t>
      </w:r>
    </w:p>
    <w:p>
      <w:r>
        <w:rPr>
          <w:b w:val="0"/>
          <w:sz w:val="20"/>
        </w:rPr>
        <w:t>Das Hotel verpflichtet sich, die reservierten Zimmer bereitzustellen und die vereinbarten Leistungen zu erbringen.</w:t>
      </w:r>
    </w:p>
    <w:p>
      <w:r>
        <w:rPr>
          <w:b w:val="0"/>
          <w:sz w:val="20"/>
        </w:rPr>
        <w:t>Bei Überbuchung wird das Hotel den Gast rechtzeitig informieren und eine gleichwertige Alternative anbieten.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Dieser Vertrag unterliegt deutschem Recht.</w:t>
      </w:r>
    </w:p>
    <w:p>
      <w:r>
        <w:rPr>
          <w:b w:val="0"/>
          <w:sz w:val="20"/>
        </w:rPr>
        <w:t>Änderungen und Ergänzungen bedürfen der Schriftform.</w:t>
      </w:r>
    </w:p>
    <w:p>
      <w:r>
        <w:rPr>
          <w:b w:val="0"/>
          <w:sz w:val="20"/>
        </w:rPr>
        <w:t>Sollten einzelne Bestimmungen dieses Vertrags unwirksam sein, bleibt die Wirksamkeit der übrigen Bestimmungen unberührt.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GAST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HOTEL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https://musterklar.com/zimmerreservierung-schreiben/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zimmerreservierung-schreibe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