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ZUR BEENDIGUNG EINER ZUSAMMENARBEIT</w:t>
      </w:r>
    </w:p>
    <w:p/>
    <w:p>
      <w:r>
        <w:rPr>
          <w:b/>
          <w:sz w:val="20"/>
        </w:rPr>
        <w:t>Vertragspartner:</w:t>
      </w:r>
    </w:p>
    <w:p>
      <w:r>
        <w:rPr>
          <w:b w:val="0"/>
          <w:sz w:val="20"/>
        </w:rPr>
        <w:t>Name/Firma 1: 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_________________________________________________________________</w:t>
      </w:r>
    </w:p>
    <w:p>
      <w:r>
        <w:rPr>
          <w:b w:val="0"/>
          <w:sz w:val="20"/>
        </w:rPr>
        <w:t>Vertreten durch: ___________________________________________________________</w:t>
      </w:r>
    </w:p>
    <w:p/>
    <w:p>
      <w:r>
        <w:rPr>
          <w:b w:val="0"/>
          <w:sz w:val="20"/>
        </w:rPr>
        <w:t>Name/Firma 2: 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_________________________________________________________________</w:t>
      </w:r>
    </w:p>
    <w:p>
      <w:r>
        <w:rPr>
          <w:b w:val="0"/>
          <w:sz w:val="20"/>
        </w:rPr>
        <w:t>Vertreten durch: ___________________________________________________________</w:t>
      </w:r>
    </w:p>
    <w:p/>
    <w:p>
      <w:r>
        <w:rPr>
          <w:b/>
          <w:sz w:val="20"/>
        </w:rPr>
        <w:t>Präambel:</w:t>
      </w:r>
    </w:p>
    <w:p>
      <w:r>
        <w:rPr>
          <w:b w:val="0"/>
          <w:sz w:val="20"/>
        </w:rPr>
        <w:t>Die Vertragspartner haben bisher in gegenseitigem Einvernehmen zusammengearbeitet. Mit diesem Schreiben wird die Beendigung der Zusammenarbeit geregelt.</w:t>
      </w:r>
    </w:p>
    <w:p/>
    <w:p>
      <w:r>
        <w:rPr>
          <w:b/>
          <w:sz w:val="20"/>
        </w:rPr>
        <w:t>§ 1 – Beendigung der Zusammenarbeit</w:t>
      </w:r>
    </w:p>
    <w:p>
      <w:r>
        <w:rPr>
          <w:b w:val="0"/>
          <w:sz w:val="20"/>
        </w:rPr>
        <w:t>Die Zusammenarbeit zwischen den Vertragspartnern wird hiermit einvernehmlich beendet. Alle gegenseitigen Verpflichtungen enden mit Wirksamkeit dieser Vereinbarung, soweit nachfolgend nichts anderes geregelt ist.</w:t>
      </w:r>
    </w:p>
    <w:p/>
    <w:p>
      <w:r>
        <w:rPr>
          <w:b/>
          <w:sz w:val="20"/>
        </w:rPr>
        <w:t>§ 2 – Rückgabe von Unterlagen und Materialien</w:t>
      </w:r>
    </w:p>
    <w:p>
      <w:r>
        <w:rPr>
          <w:b w:val="0"/>
          <w:sz w:val="20"/>
        </w:rPr>
        <w:t>Jede Partei verpflichtet sich, alle von der anderen Partei erhaltenen Unterlagen, Datenträger, Schlüssel und sonstige Materialien unverzüglich zurückzugeben.</w:t>
      </w:r>
    </w:p>
    <w:p/>
    <w:p>
      <w:r>
        <w:rPr>
          <w:b/>
          <w:sz w:val="20"/>
        </w:rPr>
        <w:t>§ 3 – Ausgleich und Abrechnung</w:t>
      </w:r>
    </w:p>
    <w:p>
      <w:r>
        <w:rPr>
          <w:b w:val="0"/>
          <w:sz w:val="20"/>
        </w:rPr>
        <w:t>Offene Forderungen sind bis zum Beendigungszeitpunkt vollständig zu begleichen. Eine abschließende Abrechnung erfolgt bis spätestens __________________.</w:t>
      </w:r>
    </w:p>
    <w:p/>
    <w:p>
      <w:r>
        <w:rPr>
          <w:b/>
          <w:sz w:val="20"/>
        </w:rPr>
        <w:t>§ 4 – Vertraulichkeit</w:t>
      </w:r>
    </w:p>
    <w:p>
      <w:r>
        <w:rPr>
          <w:b w:val="0"/>
          <w:sz w:val="20"/>
        </w:rPr>
        <w:t>Die Vertragspartner verpflichten sich, alle während der Zusammenarbeit erlangten vertraulichen Informationen auch nach Beendigung der Zusammenarbeit vertraulich zu behandeln.</w:t>
      </w:r>
    </w:p>
    <w:p/>
    <w:p>
      <w:r>
        <w:rPr>
          <w:b/>
          <w:sz w:val="20"/>
        </w:rPr>
        <w:t>§ 5 – Wettbewerbsverbot</w:t>
      </w:r>
    </w:p>
    <w:p>
      <w:r>
        <w:rPr>
          <w:b w:val="0"/>
          <w:sz w:val="20"/>
        </w:rPr>
        <w:t>Es besteht kein Wettbewerbsverbot nach Beendigung der Zusammenarbeit, sofern nicht ausdrücklich schriftlich etwas anderes vereinbart wurde.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Sollten einzelne Bestimmungen dieses Vertrags unwirksam sein oder werden, so bleibt die Wirksamkeit der übrigen Bestimmungen unberührt. Änderungen und Ergänzungen dieses Vertrags bedürfen der Schriftform.</w:t>
      </w:r>
    </w:p>
    <w:p/>
    <w:p/>
    <w:p>
      <w:r>
        <w:rPr>
          <w:b w:val="0"/>
          <w:sz w:val="20"/>
        </w:rPr>
        <w:t>Ort : ___________________________________________________</w:t>
      </w:r>
    </w:p>
    <w:p>
      <w:r>
        <w:rPr>
          <w:b w:val="0"/>
          <w:sz w:val="20"/>
        </w:rPr>
        <w:t>Datum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VERTRAGSPARTNER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VERTRAGSPARTNER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https://musterklar.com/zusammenarbeit-beenden-vorlage/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zusammenarbeit-beende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